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1C809D" w14:textId="5DD50EEB" w:rsidR="00592F52" w:rsidRPr="00592F52" w:rsidRDefault="00017CA9" w:rsidP="00592F52">
      <w:pPr>
        <w:spacing w:before="240" w:after="240"/>
        <w:rPr>
          <w:color w:val="382870"/>
          <w:szCs w:val="1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44A1E82" wp14:editId="00E02AD1">
            <wp:simplePos x="0" y="0"/>
            <wp:positionH relativeFrom="page">
              <wp:posOffset>469900</wp:posOffset>
            </wp:positionH>
            <wp:positionV relativeFrom="page">
              <wp:posOffset>409787</wp:posOffset>
            </wp:positionV>
            <wp:extent cx="971550" cy="279400"/>
            <wp:effectExtent l="0" t="0" r="6350" b="0"/>
            <wp:wrapTopAndBottom/>
            <wp:docPr id="410" name="Picture 410" descr="Logo  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Picture 4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IBM Plex Sans SemiBold"/>
          <w:b/>
          <w:bCs/>
          <w:color w:val="30206B"/>
          <w:sz w:val="50"/>
          <w:szCs w:val="50"/>
        </w:rPr>
        <w:t>Performance Review Phrases</w:t>
      </w:r>
      <w:r>
        <w:rPr>
          <w:rFonts w:eastAsia="IBM Plex Sans SemiBold"/>
          <w:b/>
          <w:bCs/>
          <w:color w:val="30206B"/>
          <w:sz w:val="50"/>
          <w:szCs w:val="50"/>
        </w:rPr>
        <w:br/>
      </w:r>
      <w:r>
        <w:rPr>
          <w:color w:val="382870"/>
          <w:szCs w:val="19"/>
        </w:rPr>
        <w:t>Use this reference guide to help you write professional and constructive performance reviews.</w:t>
      </w:r>
      <w:r w:rsidR="00957D6E">
        <w:rPr>
          <w:color w:val="382870"/>
          <w:szCs w:val="19"/>
        </w:rPr>
        <w:br/>
      </w:r>
      <w:r w:rsidR="00957D6E">
        <w:rPr>
          <w:color w:val="382870"/>
          <w:szCs w:val="19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7"/>
        <w:gridCol w:w="3444"/>
        <w:gridCol w:w="3435"/>
      </w:tblGrid>
      <w:tr w:rsidR="006173BB" w:rsidRPr="006173BB" w14:paraId="56604E8F" w14:textId="77777777" w:rsidTr="00592F52">
        <w:trPr>
          <w:trHeight w:val="569"/>
          <w:jc w:val="center"/>
        </w:trPr>
        <w:tc>
          <w:tcPr>
            <w:tcW w:w="11168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50E40352" w14:textId="77777777" w:rsidR="006173BB" w:rsidRPr="00592F52" w:rsidRDefault="006173B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Overall performance review phrases</w:t>
            </w:r>
          </w:p>
        </w:tc>
      </w:tr>
      <w:tr w:rsidR="006173BB" w:rsidRPr="006173BB" w14:paraId="7C3ABB4A" w14:textId="77777777" w:rsidTr="00592F52">
        <w:trPr>
          <w:trHeight w:val="569"/>
          <w:jc w:val="center"/>
        </w:trPr>
        <w:tc>
          <w:tcPr>
            <w:tcW w:w="3722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7B2A1C2" w14:textId="77777777" w:rsidR="002E7972" w:rsidRPr="006173BB" w:rsidRDefault="00000000" w:rsidP="006173BB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723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2AF47934" w14:textId="77777777" w:rsidR="002E7972" w:rsidRPr="006173BB" w:rsidRDefault="00000000" w:rsidP="006173BB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723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7FDA7EAD" w14:textId="77777777" w:rsidR="002E7972" w:rsidRPr="006173BB" w:rsidRDefault="00000000" w:rsidP="006173BB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6173BB" w:rsidRPr="006173BB" w14:paraId="151CDBF1" w14:textId="77777777" w:rsidTr="00592F52">
        <w:trPr>
          <w:trHeight w:val="794"/>
          <w:jc w:val="center"/>
        </w:trPr>
        <w:tc>
          <w:tcPr>
            <w:tcW w:w="3722" w:type="dxa"/>
            <w:tcBorders>
              <w:top w:val="single" w:sz="18" w:space="0" w:color="31216B"/>
              <w:left w:val="nil"/>
            </w:tcBorders>
            <w:vAlign w:val="center"/>
          </w:tcPr>
          <w:p w14:paraId="742FFD3E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Consistently meets expectations and delivers reliable results.</w:t>
            </w:r>
          </w:p>
        </w:tc>
        <w:tc>
          <w:tcPr>
            <w:tcW w:w="3723" w:type="dxa"/>
            <w:tcBorders>
              <w:top w:val="single" w:sz="18" w:space="0" w:color="31216B"/>
            </w:tcBorders>
            <w:vAlign w:val="center"/>
          </w:tcPr>
          <w:p w14:paraId="70131AFF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greater consistency in meeting role expectations.</w:t>
            </w:r>
          </w:p>
        </w:tc>
        <w:tc>
          <w:tcPr>
            <w:tcW w:w="3723" w:type="dxa"/>
            <w:tcBorders>
              <w:top w:val="single" w:sz="18" w:space="0" w:color="31216B"/>
              <w:right w:val="nil"/>
            </w:tcBorders>
            <w:vAlign w:val="center"/>
          </w:tcPr>
          <w:p w14:paraId="27FFA2FF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has helped you perform well this review period?</w:t>
            </w:r>
          </w:p>
        </w:tc>
      </w:tr>
      <w:tr w:rsidR="006173BB" w:rsidRPr="006173BB" w14:paraId="75A39CB6" w14:textId="77777777" w:rsidTr="00592F52">
        <w:trPr>
          <w:trHeight w:val="794"/>
          <w:jc w:val="center"/>
        </w:trPr>
        <w:tc>
          <w:tcPr>
            <w:tcW w:w="3722" w:type="dxa"/>
            <w:tcBorders>
              <w:left w:val="nil"/>
            </w:tcBorders>
            <w:vAlign w:val="center"/>
          </w:tcPr>
          <w:p w14:paraId="0F2E7516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Demonstrates a strong understanding of priorities and follows through on commitments.</w:t>
            </w:r>
          </w:p>
        </w:tc>
        <w:tc>
          <w:tcPr>
            <w:tcW w:w="3723" w:type="dxa"/>
            <w:vAlign w:val="center"/>
          </w:tcPr>
          <w:p w14:paraId="044E79E1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improve follow-through on key responsibilities and agreed actions.</w:t>
            </w:r>
          </w:p>
        </w:tc>
        <w:tc>
          <w:tcPr>
            <w:tcW w:w="3723" w:type="dxa"/>
            <w:tcBorders>
              <w:right w:val="nil"/>
            </w:tcBorders>
            <w:vAlign w:val="center"/>
          </w:tcPr>
          <w:p w14:paraId="51A658A5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support would help you maintain consistent performance?</w:t>
            </w:r>
          </w:p>
        </w:tc>
      </w:tr>
      <w:tr w:rsidR="006173BB" w:rsidRPr="006173BB" w14:paraId="6F15065F" w14:textId="77777777" w:rsidTr="00592F52">
        <w:trPr>
          <w:trHeight w:val="794"/>
          <w:jc w:val="center"/>
        </w:trPr>
        <w:tc>
          <w:tcPr>
            <w:tcW w:w="3722" w:type="dxa"/>
            <w:tcBorders>
              <w:left w:val="nil"/>
            </w:tcBorders>
            <w:vAlign w:val="center"/>
          </w:tcPr>
          <w:p w14:paraId="20BFEC1A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Takes ownership of work and contributes positively to team outcomes.</w:t>
            </w:r>
          </w:p>
        </w:tc>
        <w:tc>
          <w:tcPr>
            <w:tcW w:w="3723" w:type="dxa"/>
            <w:vAlign w:val="center"/>
          </w:tcPr>
          <w:p w14:paraId="7DD17031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take more ownership of outcomes and be more proactive in addressing challenges.</w:t>
            </w:r>
          </w:p>
        </w:tc>
        <w:tc>
          <w:tcPr>
            <w:tcW w:w="3723" w:type="dxa"/>
            <w:tcBorders>
              <w:right w:val="nil"/>
            </w:tcBorders>
            <w:vAlign w:val="center"/>
          </w:tcPr>
          <w:p w14:paraId="66CA0454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Which area of your performance are you most proud of?</w:t>
            </w:r>
          </w:p>
        </w:tc>
      </w:tr>
      <w:tr w:rsidR="006173BB" w:rsidRPr="006173BB" w14:paraId="3A614B84" w14:textId="77777777" w:rsidTr="00592F52">
        <w:trPr>
          <w:trHeight w:val="794"/>
          <w:jc w:val="center"/>
        </w:trPr>
        <w:tc>
          <w:tcPr>
            <w:tcW w:w="3722" w:type="dxa"/>
            <w:tcBorders>
              <w:left w:val="nil"/>
              <w:bottom w:val="nil"/>
            </w:tcBorders>
            <w:vAlign w:val="center"/>
          </w:tcPr>
          <w:p w14:paraId="14A24E05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Shows steady progress and continues to build confidence in the role.</w:t>
            </w:r>
          </w:p>
        </w:tc>
        <w:tc>
          <w:tcPr>
            <w:tcW w:w="3723" w:type="dxa"/>
            <w:tcBorders>
              <w:bottom w:val="nil"/>
            </w:tcBorders>
            <w:vAlign w:val="center"/>
          </w:tcPr>
          <w:p w14:paraId="3197D1AF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focus on making measurable progress against agreed goals.</w:t>
            </w:r>
          </w:p>
        </w:tc>
        <w:tc>
          <w:tcPr>
            <w:tcW w:w="3723" w:type="dxa"/>
            <w:tcBorders>
              <w:bottom w:val="nil"/>
              <w:right w:val="nil"/>
            </w:tcBorders>
            <w:vAlign w:val="center"/>
          </w:tcPr>
          <w:p w14:paraId="2854056F" w14:textId="77777777" w:rsidR="002E7972" w:rsidRPr="00E73B99" w:rsidRDefault="00000000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is one area you want to improve before the next review?</w:t>
            </w:r>
          </w:p>
        </w:tc>
      </w:tr>
    </w:tbl>
    <w:p w14:paraId="419AD8C6" w14:textId="227836F3" w:rsidR="002E7972" w:rsidRDefault="002E7972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3451"/>
        <w:gridCol w:w="3437"/>
      </w:tblGrid>
      <w:tr w:rsidR="006173BB" w:rsidRPr="006173BB" w14:paraId="476BA8F6" w14:textId="77777777" w:rsidTr="00957D6E">
        <w:trPr>
          <w:trHeight w:val="569"/>
          <w:jc w:val="center"/>
        </w:trPr>
        <w:tc>
          <w:tcPr>
            <w:tcW w:w="10316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6C7B0B41" w14:textId="77777777" w:rsidR="006173BB" w:rsidRPr="00E73B99" w:rsidRDefault="006173B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Quality of work performance review phrases</w:t>
            </w:r>
          </w:p>
        </w:tc>
      </w:tr>
      <w:tr w:rsidR="006173BB" w:rsidRPr="006173BB" w14:paraId="06629B8C" w14:textId="77777777" w:rsidTr="00957D6E">
        <w:trPr>
          <w:trHeight w:val="569"/>
          <w:jc w:val="center"/>
        </w:trPr>
        <w:tc>
          <w:tcPr>
            <w:tcW w:w="3428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83DB1DF" w14:textId="77777777" w:rsidR="006173BB" w:rsidRPr="006173BB" w:rsidRDefault="006173B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51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1DD7CF2" w14:textId="77777777" w:rsidR="006173BB" w:rsidRPr="006173BB" w:rsidRDefault="006173B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7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690F2DF2" w14:textId="77777777" w:rsidR="006173BB" w:rsidRPr="006173BB" w:rsidRDefault="006173B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6173BB" w:rsidRPr="006173BB" w14:paraId="7B9BFB83" w14:textId="77777777" w:rsidTr="00957D6E">
        <w:trPr>
          <w:trHeight w:val="794"/>
          <w:jc w:val="center"/>
        </w:trPr>
        <w:tc>
          <w:tcPr>
            <w:tcW w:w="3428" w:type="dxa"/>
            <w:tcBorders>
              <w:top w:val="single" w:sz="18" w:space="0" w:color="31216B"/>
            </w:tcBorders>
            <w:vAlign w:val="center"/>
          </w:tcPr>
          <w:p w14:paraId="0FF5FC4A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Produces high-quality work that is accurate, thorough, and reliable.</w:t>
            </w:r>
          </w:p>
        </w:tc>
        <w:tc>
          <w:tcPr>
            <w:tcW w:w="3451" w:type="dxa"/>
            <w:tcBorders>
              <w:top w:val="single" w:sz="18" w:space="0" w:color="31216B"/>
            </w:tcBorders>
            <w:vAlign w:val="center"/>
          </w:tcPr>
          <w:p w14:paraId="6ADC5FB9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pay closer attention to detail to reduce avoidable errors.</w:t>
            </w:r>
          </w:p>
        </w:tc>
        <w:tc>
          <w:tcPr>
            <w:tcW w:w="3437" w:type="dxa"/>
            <w:tcBorders>
              <w:top w:val="single" w:sz="18" w:space="0" w:color="31216B"/>
            </w:tcBorders>
            <w:vAlign w:val="center"/>
          </w:tcPr>
          <w:p w14:paraId="235128EE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quality checks help you produce your best work?</w:t>
            </w:r>
          </w:p>
        </w:tc>
      </w:tr>
      <w:tr w:rsidR="006173BB" w:rsidRPr="006173BB" w14:paraId="6F10E1E7" w14:textId="77777777" w:rsidTr="00957D6E">
        <w:trPr>
          <w:trHeight w:val="794"/>
          <w:jc w:val="center"/>
        </w:trPr>
        <w:tc>
          <w:tcPr>
            <w:tcW w:w="3428" w:type="dxa"/>
            <w:vAlign w:val="center"/>
          </w:tcPr>
          <w:p w14:paraId="2A0CD49D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Consistently delivers work that meets or exceeds expected standards.</w:t>
            </w:r>
          </w:p>
        </w:tc>
        <w:tc>
          <w:tcPr>
            <w:tcW w:w="3451" w:type="dxa"/>
            <w:vAlign w:val="center"/>
          </w:tcPr>
          <w:p w14:paraId="494566D2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reviewing work more carefully before submitting it.</w:t>
            </w:r>
          </w:p>
        </w:tc>
        <w:tc>
          <w:tcPr>
            <w:tcW w:w="3437" w:type="dxa"/>
            <w:vAlign w:val="center"/>
          </w:tcPr>
          <w:p w14:paraId="068673B0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Where do you feel quality is strongest in your work?</w:t>
            </w:r>
          </w:p>
        </w:tc>
      </w:tr>
      <w:tr w:rsidR="006173BB" w:rsidRPr="006173BB" w14:paraId="1E0E4602" w14:textId="77777777" w:rsidTr="00957D6E">
        <w:trPr>
          <w:trHeight w:val="794"/>
          <w:jc w:val="center"/>
        </w:trPr>
        <w:tc>
          <w:tcPr>
            <w:tcW w:w="3428" w:type="dxa"/>
            <w:vAlign w:val="center"/>
          </w:tcPr>
          <w:p w14:paraId="75B7593E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Shows strong attention to detail and takes pride in producing polished work.</w:t>
            </w:r>
          </w:p>
        </w:tc>
        <w:tc>
          <w:tcPr>
            <w:tcW w:w="3451" w:type="dxa"/>
            <w:vAlign w:val="center"/>
          </w:tcPr>
          <w:p w14:paraId="15E7A92B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focus on improving consistency in the quality of completed work.</w:t>
            </w:r>
          </w:p>
        </w:tc>
        <w:tc>
          <w:tcPr>
            <w:tcW w:w="3437" w:type="dxa"/>
            <w:vAlign w:val="center"/>
          </w:tcPr>
          <w:p w14:paraId="7351A405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catch issues earlier?</w:t>
            </w:r>
          </w:p>
        </w:tc>
      </w:tr>
      <w:tr w:rsidR="006173BB" w:rsidRPr="006173BB" w14:paraId="117797C8" w14:textId="77777777" w:rsidTr="00957D6E">
        <w:trPr>
          <w:trHeight w:val="794"/>
          <w:jc w:val="center"/>
        </w:trPr>
        <w:tc>
          <w:tcPr>
            <w:tcW w:w="3428" w:type="dxa"/>
            <w:vAlign w:val="center"/>
          </w:tcPr>
          <w:p w14:paraId="24A08DAD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Applies feedback effectively to improve the quality of future work.</w:t>
            </w:r>
          </w:p>
        </w:tc>
        <w:tc>
          <w:tcPr>
            <w:tcW w:w="3451" w:type="dxa"/>
            <w:vAlign w:val="center"/>
          </w:tcPr>
          <w:p w14:paraId="3E67DC3F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apply feedback more consistently to avoid repeated mistakes.</w:t>
            </w:r>
          </w:p>
        </w:tc>
        <w:tc>
          <w:tcPr>
            <w:tcW w:w="3437" w:type="dxa"/>
            <w:vAlign w:val="center"/>
          </w:tcPr>
          <w:p w14:paraId="317931C8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we make feedback easier to apply in your workflow?</w:t>
            </w:r>
          </w:p>
        </w:tc>
      </w:tr>
    </w:tbl>
    <w:p w14:paraId="777E13C7" w14:textId="78E0CCFC" w:rsidR="00957D6E" w:rsidRDefault="00957D6E" w:rsidP="00957D6E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33"/>
        <w:gridCol w:w="3448"/>
        <w:gridCol w:w="3435"/>
      </w:tblGrid>
      <w:tr w:rsidR="006173BB" w:rsidRPr="006173BB" w14:paraId="38174C32" w14:textId="77777777" w:rsidTr="00957D6E">
        <w:trPr>
          <w:trHeight w:val="569"/>
          <w:jc w:val="center"/>
        </w:trPr>
        <w:tc>
          <w:tcPr>
            <w:tcW w:w="10316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79EDEFD9" w14:textId="77777777" w:rsidR="006173BB" w:rsidRPr="00592F52" w:rsidRDefault="006173B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Quantity of work performance review phrases</w:t>
            </w:r>
          </w:p>
        </w:tc>
      </w:tr>
      <w:tr w:rsidR="006173BB" w:rsidRPr="006173BB" w14:paraId="197630F3" w14:textId="77777777" w:rsidTr="00957D6E">
        <w:trPr>
          <w:trHeight w:val="569"/>
          <w:jc w:val="center"/>
        </w:trPr>
        <w:tc>
          <w:tcPr>
            <w:tcW w:w="3433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0D2F772" w14:textId="77777777" w:rsidR="006173BB" w:rsidRPr="006173BB" w:rsidRDefault="006173B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8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686BD616" w14:textId="77777777" w:rsidR="006173BB" w:rsidRPr="006173BB" w:rsidRDefault="006173B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5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C00E5A2" w14:textId="77777777" w:rsidR="006173BB" w:rsidRPr="006173BB" w:rsidRDefault="006173B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6173BB" w:rsidRPr="006173BB" w14:paraId="5ADB92F3" w14:textId="77777777" w:rsidTr="00957D6E">
        <w:trPr>
          <w:trHeight w:val="794"/>
          <w:jc w:val="center"/>
        </w:trPr>
        <w:tc>
          <w:tcPr>
            <w:tcW w:w="3433" w:type="dxa"/>
            <w:tcBorders>
              <w:top w:val="single" w:sz="18" w:space="0" w:color="31216B"/>
            </w:tcBorders>
            <w:vAlign w:val="center"/>
          </w:tcPr>
          <w:p w14:paraId="66409D7C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Maintains a steady output while balancing priorities and deadlines.</w:t>
            </w:r>
          </w:p>
        </w:tc>
        <w:tc>
          <w:tcPr>
            <w:tcW w:w="3448" w:type="dxa"/>
            <w:tcBorders>
              <w:top w:val="single" w:sz="18" w:space="0" w:color="31216B"/>
            </w:tcBorders>
            <w:vAlign w:val="center"/>
          </w:tcPr>
          <w:p w14:paraId="57E69BA0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improve output consistency across projects or review periods.</w:t>
            </w:r>
          </w:p>
        </w:tc>
        <w:tc>
          <w:tcPr>
            <w:tcW w:w="3435" w:type="dxa"/>
            <w:tcBorders>
              <w:top w:val="single" w:sz="18" w:space="0" w:color="31216B"/>
            </w:tcBorders>
            <w:vAlign w:val="center"/>
          </w:tcPr>
          <w:p w14:paraId="44ED3373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maintain steady progress when workload increases?</w:t>
            </w:r>
          </w:p>
        </w:tc>
      </w:tr>
      <w:tr w:rsidR="006173BB" w:rsidRPr="006173BB" w14:paraId="05563718" w14:textId="77777777" w:rsidTr="00957D6E">
        <w:trPr>
          <w:trHeight w:val="794"/>
          <w:jc w:val="center"/>
        </w:trPr>
        <w:tc>
          <w:tcPr>
            <w:tcW w:w="3433" w:type="dxa"/>
            <w:vAlign w:val="center"/>
          </w:tcPr>
          <w:p w14:paraId="34A15BC1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Completes an appropriate volume of work without sacrificing quality.</w:t>
            </w:r>
          </w:p>
        </w:tc>
        <w:tc>
          <w:tcPr>
            <w:tcW w:w="3448" w:type="dxa"/>
            <w:vAlign w:val="center"/>
          </w:tcPr>
          <w:p w14:paraId="2D49CF09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setting clearer priorities to manage workload more effectively.</w:t>
            </w:r>
          </w:p>
        </w:tc>
        <w:tc>
          <w:tcPr>
            <w:tcW w:w="3435" w:type="dxa"/>
            <w:vAlign w:val="center"/>
          </w:tcPr>
          <w:p w14:paraId="03985089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Which tasks or priorities have the biggest impact on your output?</w:t>
            </w:r>
          </w:p>
        </w:tc>
      </w:tr>
      <w:tr w:rsidR="006173BB" w:rsidRPr="006173BB" w14:paraId="2C6BC7E0" w14:textId="77777777" w:rsidTr="00957D6E">
        <w:trPr>
          <w:trHeight w:val="794"/>
          <w:jc w:val="center"/>
        </w:trPr>
        <w:tc>
          <w:tcPr>
            <w:tcW w:w="3433" w:type="dxa"/>
            <w:vAlign w:val="center"/>
          </w:tcPr>
          <w:p w14:paraId="578C4459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lastRenderedPageBreak/>
              <w:t>Manages workload efficiently and keeps progress moving across key responsibilities.</w:t>
            </w:r>
          </w:p>
        </w:tc>
        <w:tc>
          <w:tcPr>
            <w:tcW w:w="3448" w:type="dxa"/>
            <w:vAlign w:val="center"/>
          </w:tcPr>
          <w:p w14:paraId="3B26DFC0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communicate earlier when workload affects the amount of work completed.</w:t>
            </w:r>
          </w:p>
        </w:tc>
        <w:tc>
          <w:tcPr>
            <w:tcW w:w="3435" w:type="dxa"/>
            <w:vAlign w:val="center"/>
          </w:tcPr>
          <w:p w14:paraId="5D62A549" w14:textId="77777777" w:rsidR="006173BB" w:rsidRPr="00E73B99" w:rsidRDefault="006173BB" w:rsidP="00C64ABE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flag workload challenges sooner?</w:t>
            </w:r>
          </w:p>
        </w:tc>
      </w:tr>
      <w:tr w:rsidR="006173BB" w:rsidRPr="006173BB" w14:paraId="4916C76E" w14:textId="77777777" w:rsidTr="00957D6E">
        <w:trPr>
          <w:trHeight w:val="794"/>
          <w:jc w:val="center"/>
        </w:trPr>
        <w:tc>
          <w:tcPr>
            <w:tcW w:w="3433" w:type="dxa"/>
            <w:vAlign w:val="center"/>
          </w:tcPr>
          <w:p w14:paraId="3DDF947F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Adjusts pace effectively during busy periods while staying focused on important tasks.</w:t>
            </w:r>
          </w:p>
        </w:tc>
        <w:tc>
          <w:tcPr>
            <w:tcW w:w="3448" w:type="dxa"/>
            <w:vAlign w:val="center"/>
          </w:tcPr>
          <w:p w14:paraId="4550A7D9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support in planning work volume more realistically during peak periods.</w:t>
            </w:r>
          </w:p>
        </w:tc>
        <w:tc>
          <w:tcPr>
            <w:tcW w:w="3435" w:type="dxa"/>
            <w:vAlign w:val="center"/>
          </w:tcPr>
          <w:p w14:paraId="42441642" w14:textId="77777777" w:rsidR="006173BB" w:rsidRPr="00E73B99" w:rsidRDefault="006173BB" w:rsidP="006173B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support would help you manage high-volume periods more effectively?</w:t>
            </w:r>
          </w:p>
        </w:tc>
      </w:tr>
    </w:tbl>
    <w:p w14:paraId="661DA30E" w14:textId="6324CF0A" w:rsidR="00957D6E" w:rsidRDefault="00957D6E" w:rsidP="00957D6E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31216B"/>
          <w:insideV w:val="single" w:sz="4" w:space="0" w:color="31216B"/>
        </w:tblBorders>
        <w:tblLook w:val="04A0" w:firstRow="1" w:lastRow="0" w:firstColumn="1" w:lastColumn="0" w:noHBand="0" w:noVBand="1"/>
      </w:tblPr>
      <w:tblGrid>
        <w:gridCol w:w="3432"/>
        <w:gridCol w:w="3450"/>
        <w:gridCol w:w="3434"/>
      </w:tblGrid>
      <w:tr w:rsidR="005C32C6" w:rsidRPr="006173BB" w14:paraId="1ED1BE1D" w14:textId="77777777" w:rsidTr="00957D6E">
        <w:trPr>
          <w:trHeight w:val="569"/>
          <w:jc w:val="center"/>
        </w:trPr>
        <w:tc>
          <w:tcPr>
            <w:tcW w:w="10316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7BE86E05" w14:textId="77777777" w:rsidR="005C32C6" w:rsidRPr="00A73B93" w:rsidRDefault="005C32C6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Job knowledge performance review phrases</w:t>
            </w:r>
          </w:p>
        </w:tc>
      </w:tr>
      <w:tr w:rsidR="005C32C6" w:rsidRPr="006173BB" w14:paraId="340D17D6" w14:textId="77777777" w:rsidTr="00957D6E">
        <w:trPr>
          <w:trHeight w:val="569"/>
          <w:jc w:val="center"/>
        </w:trPr>
        <w:tc>
          <w:tcPr>
            <w:tcW w:w="3432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6F772198" w14:textId="77777777" w:rsidR="005C32C6" w:rsidRPr="006173BB" w:rsidRDefault="005C32C6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50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850B3DD" w14:textId="77777777" w:rsidR="005C32C6" w:rsidRPr="006173BB" w:rsidRDefault="005C32C6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5B10F17C" w14:textId="77777777" w:rsidR="005C32C6" w:rsidRPr="006173BB" w:rsidRDefault="005C32C6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2F0E83" w:rsidRPr="006173BB" w14:paraId="368014A9" w14:textId="77777777" w:rsidTr="00957D6E">
        <w:trPr>
          <w:trHeight w:val="851"/>
          <w:jc w:val="center"/>
        </w:trPr>
        <w:tc>
          <w:tcPr>
            <w:tcW w:w="3432" w:type="dxa"/>
            <w:tcBorders>
              <w:top w:val="single" w:sz="18" w:space="0" w:color="31216B"/>
            </w:tcBorders>
            <w:vAlign w:val="center"/>
          </w:tcPr>
          <w:p w14:paraId="755834E5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Demonstrates strong knowledge of the role and applies it effectively in daily work.</w:t>
            </w:r>
          </w:p>
        </w:tc>
        <w:tc>
          <w:tcPr>
            <w:tcW w:w="3450" w:type="dxa"/>
            <w:tcBorders>
              <w:top w:val="single" w:sz="18" w:space="0" w:color="31216B"/>
            </w:tcBorders>
            <w:vAlign w:val="center"/>
          </w:tcPr>
          <w:p w14:paraId="53F23252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Needs to continue building knowledge in key areas of the role.</w:t>
            </w:r>
          </w:p>
        </w:tc>
        <w:tc>
          <w:tcPr>
            <w:tcW w:w="3434" w:type="dxa"/>
            <w:tcBorders>
              <w:top w:val="single" w:sz="18" w:space="0" w:color="31216B"/>
            </w:tcBorders>
            <w:vAlign w:val="center"/>
          </w:tcPr>
          <w:p w14:paraId="0D815AAB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Which skills or knowledge areas feel strongest right now?</w:t>
            </w:r>
          </w:p>
        </w:tc>
      </w:tr>
      <w:tr w:rsidR="002F0E83" w:rsidRPr="006173BB" w14:paraId="2D0288C7" w14:textId="77777777" w:rsidTr="00957D6E">
        <w:trPr>
          <w:trHeight w:val="851"/>
          <w:jc w:val="center"/>
        </w:trPr>
        <w:tc>
          <w:tcPr>
            <w:tcW w:w="3432" w:type="dxa"/>
            <w:vAlign w:val="center"/>
          </w:tcPr>
          <w:p w14:paraId="6AA55642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Understands relevant processes, tools, and responsibilities well.</w:t>
            </w:r>
          </w:p>
        </w:tc>
        <w:tc>
          <w:tcPr>
            <w:tcW w:w="3450" w:type="dxa"/>
            <w:vAlign w:val="center"/>
          </w:tcPr>
          <w:p w14:paraId="63EB0B06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Would benefit from a deeper understanding of core processes or tools.</w:t>
            </w:r>
          </w:p>
        </w:tc>
        <w:tc>
          <w:tcPr>
            <w:tcW w:w="3434" w:type="dxa"/>
            <w:vAlign w:val="center"/>
          </w:tcPr>
          <w:p w14:paraId="4B12D858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Where would more training or guidance be useful?</w:t>
            </w:r>
          </w:p>
        </w:tc>
      </w:tr>
      <w:tr w:rsidR="002F0E83" w:rsidRPr="006173BB" w14:paraId="5368CF16" w14:textId="77777777" w:rsidTr="00957D6E">
        <w:trPr>
          <w:trHeight w:val="851"/>
          <w:jc w:val="center"/>
        </w:trPr>
        <w:tc>
          <w:tcPr>
            <w:tcW w:w="3432" w:type="dxa"/>
            <w:vAlign w:val="center"/>
          </w:tcPr>
          <w:p w14:paraId="554607D8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Shares knowledge with colleagues and helps others solve work-related questions.</w:t>
            </w:r>
          </w:p>
        </w:tc>
        <w:tc>
          <w:tcPr>
            <w:tcW w:w="3450" w:type="dxa"/>
            <w:vAlign w:val="center"/>
          </w:tcPr>
          <w:p w14:paraId="7AA7C33B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Could be more proactive in seeking information before moving forward.</w:t>
            </w:r>
          </w:p>
        </w:tc>
        <w:tc>
          <w:tcPr>
            <w:tcW w:w="3434" w:type="dxa"/>
            <w:vAlign w:val="center"/>
          </w:tcPr>
          <w:p w14:paraId="10F99F81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How can you continue building your expertise?</w:t>
            </w:r>
          </w:p>
        </w:tc>
      </w:tr>
      <w:tr w:rsidR="002F0E83" w:rsidRPr="006173BB" w14:paraId="6C7F420B" w14:textId="77777777" w:rsidTr="00957D6E">
        <w:trPr>
          <w:trHeight w:val="851"/>
          <w:jc w:val="center"/>
        </w:trPr>
        <w:tc>
          <w:tcPr>
            <w:tcW w:w="3432" w:type="dxa"/>
            <w:vAlign w:val="center"/>
          </w:tcPr>
          <w:p w14:paraId="76DD53CF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Quickly applies new information and adapts knowledge to different situations.</w:t>
            </w:r>
          </w:p>
        </w:tc>
        <w:tc>
          <w:tcPr>
            <w:tcW w:w="3450" w:type="dxa"/>
            <w:vAlign w:val="center"/>
          </w:tcPr>
          <w:p w14:paraId="23E51DB8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Needs more practice applying knowledge independently in unfamiliar situations.</w:t>
            </w:r>
          </w:p>
        </w:tc>
        <w:tc>
          <w:tcPr>
            <w:tcW w:w="3434" w:type="dxa"/>
            <w:vAlign w:val="center"/>
          </w:tcPr>
          <w:p w14:paraId="27B1D684" w14:textId="77777777" w:rsidR="002F0E83" w:rsidRPr="002F0E83" w:rsidRDefault="002F0E83" w:rsidP="002F0E83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What topics would help you feel more confident in your role?</w:t>
            </w:r>
          </w:p>
        </w:tc>
      </w:tr>
    </w:tbl>
    <w:p w14:paraId="587B9D57" w14:textId="16279744" w:rsidR="00957D6E" w:rsidRDefault="00957D6E" w:rsidP="00957D6E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27"/>
        <w:gridCol w:w="3451"/>
        <w:gridCol w:w="3438"/>
      </w:tblGrid>
      <w:tr w:rsidR="0054352B" w:rsidRPr="006173BB" w14:paraId="527C31F0" w14:textId="77777777" w:rsidTr="00957D6E">
        <w:trPr>
          <w:trHeight w:val="569"/>
          <w:jc w:val="center"/>
        </w:trPr>
        <w:tc>
          <w:tcPr>
            <w:tcW w:w="10316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7BD26BBD" w14:textId="77777777" w:rsidR="0054352B" w:rsidRPr="006173BB" w:rsidRDefault="0054352B" w:rsidP="00592F52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31216B"/>
                <w:sz w:val="24"/>
                <w:szCs w:val="24"/>
              </w:rPr>
              <w:t>Productivity performance review phrases</w:t>
            </w:r>
          </w:p>
        </w:tc>
      </w:tr>
      <w:tr w:rsidR="0054352B" w:rsidRPr="006173BB" w14:paraId="5889D1F5" w14:textId="77777777" w:rsidTr="00957D6E">
        <w:trPr>
          <w:trHeight w:val="569"/>
          <w:jc w:val="center"/>
        </w:trPr>
        <w:tc>
          <w:tcPr>
            <w:tcW w:w="3427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1949CD5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51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3D514649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8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2022D1E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54352B" w:rsidRPr="002F0E83" w14:paraId="42D785DF" w14:textId="77777777" w:rsidTr="00957D6E">
        <w:trPr>
          <w:trHeight w:val="851"/>
          <w:jc w:val="center"/>
        </w:trPr>
        <w:tc>
          <w:tcPr>
            <w:tcW w:w="3427" w:type="dxa"/>
            <w:tcBorders>
              <w:top w:val="single" w:sz="18" w:space="0" w:color="31216B"/>
            </w:tcBorders>
            <w:vAlign w:val="center"/>
          </w:tcPr>
          <w:p w14:paraId="3A4879CC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Completes work efficiently while maintaining a strong standard of quality.</w:t>
            </w:r>
          </w:p>
        </w:tc>
        <w:tc>
          <w:tcPr>
            <w:tcW w:w="3451" w:type="dxa"/>
            <w:tcBorders>
              <w:top w:val="single" w:sz="18" w:space="0" w:color="31216B"/>
            </w:tcBorders>
            <w:vAlign w:val="center"/>
          </w:tcPr>
          <w:p w14:paraId="09756021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Needs to improve output consistency and manage workload more effectively.</w:t>
            </w:r>
          </w:p>
        </w:tc>
        <w:tc>
          <w:tcPr>
            <w:tcW w:w="3438" w:type="dxa"/>
            <w:tcBorders>
              <w:top w:val="single" w:sz="18" w:space="0" w:color="31216B"/>
            </w:tcBorders>
            <w:vAlign w:val="center"/>
          </w:tcPr>
          <w:p w14:paraId="76F57D5E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What helps you stay productive during busy periods?</w:t>
            </w:r>
          </w:p>
        </w:tc>
      </w:tr>
      <w:tr w:rsidR="0054352B" w:rsidRPr="002F0E83" w14:paraId="2F69AE47" w14:textId="77777777" w:rsidTr="00957D6E">
        <w:trPr>
          <w:trHeight w:val="851"/>
          <w:jc w:val="center"/>
        </w:trPr>
        <w:tc>
          <w:tcPr>
            <w:tcW w:w="3427" w:type="dxa"/>
            <w:vAlign w:val="center"/>
          </w:tcPr>
          <w:p w14:paraId="6137861D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Manages tasks well and delivers work within agreed timelines.</w:t>
            </w:r>
          </w:p>
        </w:tc>
        <w:tc>
          <w:tcPr>
            <w:tcW w:w="3451" w:type="dxa"/>
            <w:vAlign w:val="center"/>
          </w:tcPr>
          <w:p w14:paraId="2A20F907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Would benefit from prioritizing tasks more clearly to avoid delays.</w:t>
            </w:r>
          </w:p>
        </w:tc>
        <w:tc>
          <w:tcPr>
            <w:tcW w:w="3438" w:type="dxa"/>
            <w:vAlign w:val="center"/>
          </w:tcPr>
          <w:p w14:paraId="4DFE4A00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Which tasks take more time than expected?</w:t>
            </w:r>
          </w:p>
        </w:tc>
      </w:tr>
      <w:tr w:rsidR="0054352B" w:rsidRPr="002F0E83" w14:paraId="3EE1E470" w14:textId="77777777" w:rsidTr="00957D6E">
        <w:trPr>
          <w:trHeight w:val="851"/>
          <w:jc w:val="center"/>
        </w:trPr>
        <w:tc>
          <w:tcPr>
            <w:tcW w:w="3427" w:type="dxa"/>
            <w:vAlign w:val="center"/>
          </w:tcPr>
          <w:p w14:paraId="044FB030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Maintains focus and makes steady progress on important priorities.</w:t>
            </w:r>
          </w:p>
        </w:tc>
        <w:tc>
          <w:tcPr>
            <w:tcW w:w="3451" w:type="dxa"/>
            <w:vAlign w:val="center"/>
          </w:tcPr>
          <w:p w14:paraId="0026E57A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Could improve by reducing distractions and focusing on high-impact work.</w:t>
            </w:r>
          </w:p>
        </w:tc>
        <w:tc>
          <w:tcPr>
            <w:tcW w:w="3438" w:type="dxa"/>
            <w:vAlign w:val="center"/>
          </w:tcPr>
          <w:p w14:paraId="6F3E2A19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What would help you protect time for priority work?</w:t>
            </w:r>
          </w:p>
        </w:tc>
      </w:tr>
      <w:tr w:rsidR="0054352B" w:rsidRPr="002F0E83" w14:paraId="0C53FC2B" w14:textId="77777777" w:rsidTr="00957D6E">
        <w:trPr>
          <w:trHeight w:val="851"/>
          <w:jc w:val="center"/>
        </w:trPr>
        <w:tc>
          <w:tcPr>
            <w:tcW w:w="3427" w:type="dxa"/>
            <w:vAlign w:val="center"/>
          </w:tcPr>
          <w:p w14:paraId="7B057F5D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Uses time and resources effectively to complete work.</w:t>
            </w:r>
          </w:p>
        </w:tc>
        <w:tc>
          <w:tcPr>
            <w:tcW w:w="3451" w:type="dxa"/>
            <w:vAlign w:val="center"/>
          </w:tcPr>
          <w:p w14:paraId="1CF41B75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Needs to better estimate the time required to complete tasks.</w:t>
            </w:r>
          </w:p>
        </w:tc>
        <w:tc>
          <w:tcPr>
            <w:tcW w:w="3438" w:type="dxa"/>
            <w:vAlign w:val="center"/>
          </w:tcPr>
          <w:p w14:paraId="5BCE16F8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How can we improve planning around deadlines?</w:t>
            </w:r>
          </w:p>
        </w:tc>
      </w:tr>
    </w:tbl>
    <w:p w14:paraId="29F8058B" w14:textId="07E2BD02" w:rsidR="00957D6E" w:rsidRDefault="00957D6E" w:rsidP="00957D6E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25"/>
        <w:gridCol w:w="3449"/>
        <w:gridCol w:w="3442"/>
      </w:tblGrid>
      <w:tr w:rsidR="0054352B" w:rsidRPr="006173BB" w14:paraId="035CDDA9" w14:textId="77777777" w:rsidTr="00957D6E">
        <w:trPr>
          <w:trHeight w:val="569"/>
          <w:jc w:val="center"/>
        </w:trPr>
        <w:tc>
          <w:tcPr>
            <w:tcW w:w="10316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7A5AAAF1" w14:textId="77777777" w:rsidR="0054352B" w:rsidRPr="006173BB" w:rsidRDefault="0054352B" w:rsidP="00592F52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31216B"/>
                <w:sz w:val="24"/>
                <w:szCs w:val="24"/>
              </w:rPr>
              <w:t>Dependability and reliability performance review phrases</w:t>
            </w:r>
          </w:p>
        </w:tc>
      </w:tr>
      <w:tr w:rsidR="0054352B" w:rsidRPr="006173BB" w14:paraId="77826422" w14:textId="77777777" w:rsidTr="00957D6E">
        <w:trPr>
          <w:trHeight w:val="569"/>
          <w:jc w:val="center"/>
        </w:trPr>
        <w:tc>
          <w:tcPr>
            <w:tcW w:w="3425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1CB0447C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9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31400358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42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FCD0694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54352B" w:rsidRPr="0054352B" w14:paraId="20844948" w14:textId="77777777" w:rsidTr="00957D6E">
        <w:trPr>
          <w:trHeight w:val="851"/>
          <w:jc w:val="center"/>
        </w:trPr>
        <w:tc>
          <w:tcPr>
            <w:tcW w:w="3425" w:type="dxa"/>
            <w:tcBorders>
              <w:top w:val="single" w:sz="18" w:space="0" w:color="31216B"/>
            </w:tcBorders>
            <w:vAlign w:val="center"/>
          </w:tcPr>
          <w:p w14:paraId="60485CAB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Can be relied on to follow through on commitments and complete work as agreed.</w:t>
            </w:r>
          </w:p>
        </w:tc>
        <w:tc>
          <w:tcPr>
            <w:tcW w:w="3449" w:type="dxa"/>
            <w:tcBorders>
              <w:top w:val="single" w:sz="18" w:space="0" w:color="31216B"/>
            </w:tcBorders>
            <w:vAlign w:val="center"/>
          </w:tcPr>
          <w:p w14:paraId="5317F0C0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Needs to improve consistency in following through on commitments.</w:t>
            </w:r>
          </w:p>
        </w:tc>
        <w:tc>
          <w:tcPr>
            <w:tcW w:w="3442" w:type="dxa"/>
            <w:tcBorders>
              <w:top w:val="single" w:sz="18" w:space="0" w:color="31216B"/>
            </w:tcBorders>
            <w:vAlign w:val="center"/>
          </w:tcPr>
          <w:p w14:paraId="587BCD6A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What helps you stay on track with commitments?</w:t>
            </w:r>
          </w:p>
        </w:tc>
      </w:tr>
      <w:tr w:rsidR="0054352B" w:rsidRPr="0054352B" w14:paraId="707A7382" w14:textId="77777777" w:rsidTr="00957D6E">
        <w:trPr>
          <w:trHeight w:val="851"/>
          <w:jc w:val="center"/>
        </w:trPr>
        <w:tc>
          <w:tcPr>
            <w:tcW w:w="3425" w:type="dxa"/>
            <w:vAlign w:val="center"/>
          </w:tcPr>
          <w:p w14:paraId="0DFC069B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Demonstrates reliability by meeting deadlines and keeping others informed.</w:t>
            </w:r>
          </w:p>
        </w:tc>
        <w:tc>
          <w:tcPr>
            <w:tcW w:w="3449" w:type="dxa"/>
            <w:vAlign w:val="center"/>
          </w:tcPr>
          <w:p w14:paraId="18962BAC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Would benefit from communicating earlier when deadlines may be at risk.</w:t>
            </w:r>
          </w:p>
        </w:tc>
        <w:tc>
          <w:tcPr>
            <w:tcW w:w="3442" w:type="dxa"/>
            <w:vAlign w:val="center"/>
          </w:tcPr>
          <w:p w14:paraId="54162446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What would make it easier to flag risks sooner?</w:t>
            </w:r>
          </w:p>
        </w:tc>
      </w:tr>
      <w:tr w:rsidR="0054352B" w:rsidRPr="0054352B" w14:paraId="11AB2F9F" w14:textId="77777777" w:rsidTr="00957D6E">
        <w:trPr>
          <w:trHeight w:val="851"/>
          <w:jc w:val="center"/>
        </w:trPr>
        <w:tc>
          <w:tcPr>
            <w:tcW w:w="3425" w:type="dxa"/>
            <w:vAlign w:val="center"/>
          </w:tcPr>
          <w:p w14:paraId="24AE3984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lastRenderedPageBreak/>
              <w:t>Takes responsibility for assigned work and delivers without needing close supervision.</w:t>
            </w:r>
          </w:p>
        </w:tc>
        <w:tc>
          <w:tcPr>
            <w:tcW w:w="3449" w:type="dxa"/>
            <w:vAlign w:val="center"/>
          </w:tcPr>
          <w:p w14:paraId="4AE13706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Could take more ownership of tasks without waiting for reminders.</w:t>
            </w:r>
          </w:p>
        </w:tc>
        <w:tc>
          <w:tcPr>
            <w:tcW w:w="3442" w:type="dxa"/>
            <w:vAlign w:val="center"/>
          </w:tcPr>
          <w:p w14:paraId="3D08B241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Where do you feel most confident working independently?</w:t>
            </w:r>
          </w:p>
        </w:tc>
      </w:tr>
      <w:tr w:rsidR="0054352B" w:rsidRPr="0054352B" w14:paraId="13751074" w14:textId="77777777" w:rsidTr="00957D6E">
        <w:trPr>
          <w:trHeight w:val="851"/>
          <w:jc w:val="center"/>
        </w:trPr>
        <w:tc>
          <w:tcPr>
            <w:tcW w:w="3425" w:type="dxa"/>
            <w:vAlign w:val="center"/>
          </w:tcPr>
          <w:p w14:paraId="6F4EAF97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Builds trust by being consistent, prepared, and responsive.</w:t>
            </w:r>
          </w:p>
        </w:tc>
        <w:tc>
          <w:tcPr>
            <w:tcW w:w="3449" w:type="dxa"/>
            <w:vAlign w:val="center"/>
          </w:tcPr>
          <w:p w14:paraId="38B322FA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Needs to improve responsiveness and follow-up on agreed actions.</w:t>
            </w:r>
          </w:p>
        </w:tc>
        <w:tc>
          <w:tcPr>
            <w:tcW w:w="3442" w:type="dxa"/>
            <w:vAlign w:val="center"/>
          </w:tcPr>
          <w:p w14:paraId="4B5192AF" w14:textId="77777777" w:rsidR="0054352B" w:rsidRPr="0054352B" w:rsidRDefault="0054352B" w:rsidP="0054352B">
            <w:pPr>
              <w:rPr>
                <w:bCs/>
                <w:color w:val="382870"/>
              </w:rPr>
            </w:pPr>
            <w:r>
              <w:rPr>
                <w:bCs/>
                <w:color w:val="382870"/>
              </w:rPr>
              <w:t>What systems or habits help you stay organized?</w:t>
            </w:r>
          </w:p>
        </w:tc>
      </w:tr>
    </w:tbl>
    <w:p w14:paraId="40C1F5F9" w14:textId="2079BD23" w:rsidR="00957D6E" w:rsidRDefault="00957D6E" w:rsidP="00957D6E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3451"/>
        <w:gridCol w:w="3437"/>
      </w:tblGrid>
      <w:tr w:rsidR="0054352B" w:rsidRPr="006173BB" w14:paraId="79556D66" w14:textId="77777777" w:rsidTr="00957D6E">
        <w:trPr>
          <w:trHeight w:val="569"/>
          <w:jc w:val="center"/>
        </w:trPr>
        <w:tc>
          <w:tcPr>
            <w:tcW w:w="10316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323D6B98" w14:textId="77777777" w:rsidR="0054352B" w:rsidRPr="00592F52" w:rsidRDefault="0054352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Attendance performance review phrases</w:t>
            </w:r>
          </w:p>
        </w:tc>
      </w:tr>
      <w:tr w:rsidR="0054352B" w:rsidRPr="006173BB" w14:paraId="02DCD2F5" w14:textId="77777777" w:rsidTr="00957D6E">
        <w:trPr>
          <w:trHeight w:val="569"/>
          <w:jc w:val="center"/>
        </w:trPr>
        <w:tc>
          <w:tcPr>
            <w:tcW w:w="3428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5D52D152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51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D352CF3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7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C0A5147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54352B" w:rsidRPr="0054352B" w14:paraId="033FAAA7" w14:textId="77777777" w:rsidTr="00957D6E">
        <w:trPr>
          <w:trHeight w:val="851"/>
          <w:jc w:val="center"/>
        </w:trPr>
        <w:tc>
          <w:tcPr>
            <w:tcW w:w="3428" w:type="dxa"/>
            <w:tcBorders>
              <w:top w:val="single" w:sz="18" w:space="0" w:color="31216B"/>
            </w:tcBorders>
            <w:vAlign w:val="center"/>
          </w:tcPr>
          <w:p w14:paraId="6C95C363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Maintains a reliable attendance record and is consistently present when scheduled.</w:t>
            </w:r>
          </w:p>
        </w:tc>
        <w:tc>
          <w:tcPr>
            <w:tcW w:w="3451" w:type="dxa"/>
            <w:tcBorders>
              <w:top w:val="single" w:sz="18" w:space="0" w:color="31216B"/>
            </w:tcBorders>
            <w:vAlign w:val="center"/>
          </w:tcPr>
          <w:p w14:paraId="4875AA9F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improve attendance consistency to better support team planning and workload coverage.</w:t>
            </w:r>
          </w:p>
        </w:tc>
        <w:tc>
          <w:tcPr>
            <w:tcW w:w="3437" w:type="dxa"/>
            <w:tcBorders>
              <w:top w:val="single" w:sz="18" w:space="0" w:color="31216B"/>
            </w:tcBorders>
            <w:vAlign w:val="center"/>
          </w:tcPr>
          <w:p w14:paraId="651F77B1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maintain more consistent attendance?</w:t>
            </w:r>
          </w:p>
        </w:tc>
      </w:tr>
      <w:tr w:rsidR="0054352B" w:rsidRPr="0054352B" w14:paraId="14AE10C5" w14:textId="77777777" w:rsidTr="00957D6E">
        <w:trPr>
          <w:trHeight w:val="851"/>
          <w:jc w:val="center"/>
        </w:trPr>
        <w:tc>
          <w:tcPr>
            <w:tcW w:w="3428" w:type="dxa"/>
            <w:vAlign w:val="center"/>
          </w:tcPr>
          <w:p w14:paraId="3C828AFB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Arrives on time and is prepared to start work as expected.</w:t>
            </w:r>
          </w:p>
        </w:tc>
        <w:tc>
          <w:tcPr>
            <w:tcW w:w="3451" w:type="dxa"/>
            <w:vAlign w:val="center"/>
          </w:tcPr>
          <w:p w14:paraId="771A8F82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improving punctuality and communicating delays earlier.</w:t>
            </w:r>
          </w:p>
        </w:tc>
        <w:tc>
          <w:tcPr>
            <w:tcW w:w="3437" w:type="dxa"/>
            <w:vAlign w:val="center"/>
          </w:tcPr>
          <w:p w14:paraId="51005447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Are there any recurring challenges affecting your punctuality?</w:t>
            </w:r>
          </w:p>
        </w:tc>
      </w:tr>
      <w:tr w:rsidR="0054352B" w:rsidRPr="0054352B" w14:paraId="7538A26F" w14:textId="77777777" w:rsidTr="00957D6E">
        <w:trPr>
          <w:trHeight w:val="851"/>
          <w:jc w:val="center"/>
        </w:trPr>
        <w:tc>
          <w:tcPr>
            <w:tcW w:w="3428" w:type="dxa"/>
            <w:vAlign w:val="center"/>
          </w:tcPr>
          <w:p w14:paraId="74C61B66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Gives advance notice when time away from work is needed.</w:t>
            </w:r>
          </w:p>
        </w:tc>
        <w:tc>
          <w:tcPr>
            <w:tcW w:w="3451" w:type="dxa"/>
            <w:vAlign w:val="center"/>
          </w:tcPr>
          <w:p w14:paraId="6F15FCFB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communicate absences or schedule changes as early as possible.</w:t>
            </w:r>
          </w:p>
        </w:tc>
        <w:tc>
          <w:tcPr>
            <w:tcW w:w="3437" w:type="dxa"/>
            <w:vAlign w:val="center"/>
          </w:tcPr>
          <w:p w14:paraId="39971CCC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process would make it easier to flag scheduling issues in advance?</w:t>
            </w:r>
          </w:p>
        </w:tc>
      </w:tr>
      <w:tr w:rsidR="0054352B" w:rsidRPr="0054352B" w14:paraId="7880E8BE" w14:textId="77777777" w:rsidTr="00957D6E">
        <w:trPr>
          <w:trHeight w:val="851"/>
          <w:jc w:val="center"/>
        </w:trPr>
        <w:tc>
          <w:tcPr>
            <w:tcW w:w="3428" w:type="dxa"/>
            <w:vAlign w:val="center"/>
          </w:tcPr>
          <w:p w14:paraId="18BC84D9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Shows respect for team commitments by being available and dependable.</w:t>
            </w:r>
          </w:p>
        </w:tc>
        <w:tc>
          <w:tcPr>
            <w:tcW w:w="3451" w:type="dxa"/>
            <w:vAlign w:val="center"/>
          </w:tcPr>
          <w:p w14:paraId="13412A5D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be more mindful of how absences or late arrivals affect team priorities.</w:t>
            </w:r>
          </w:p>
        </w:tc>
        <w:tc>
          <w:tcPr>
            <w:tcW w:w="3437" w:type="dxa"/>
            <w:vAlign w:val="center"/>
          </w:tcPr>
          <w:p w14:paraId="4602E7BC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we better plan around availability and workload needs?</w:t>
            </w:r>
          </w:p>
        </w:tc>
      </w:tr>
    </w:tbl>
    <w:p w14:paraId="45E29B52" w14:textId="79599F29" w:rsidR="00957D6E" w:rsidRDefault="00957D6E" w:rsidP="00957D6E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32"/>
        <w:gridCol w:w="3448"/>
        <w:gridCol w:w="3436"/>
      </w:tblGrid>
      <w:tr w:rsidR="0054352B" w:rsidRPr="006173BB" w14:paraId="5F8B3293" w14:textId="77777777" w:rsidTr="00957D6E">
        <w:trPr>
          <w:trHeight w:val="569"/>
          <w:jc w:val="center"/>
        </w:trPr>
        <w:tc>
          <w:tcPr>
            <w:tcW w:w="10316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7E676499" w14:textId="77777777" w:rsidR="0054352B" w:rsidRPr="00A73B93" w:rsidRDefault="0054352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Time management performance review phrases</w:t>
            </w:r>
          </w:p>
        </w:tc>
      </w:tr>
      <w:tr w:rsidR="0054352B" w:rsidRPr="006173BB" w14:paraId="5C921AE3" w14:textId="77777777" w:rsidTr="00957D6E">
        <w:trPr>
          <w:trHeight w:val="569"/>
          <w:jc w:val="center"/>
        </w:trPr>
        <w:tc>
          <w:tcPr>
            <w:tcW w:w="3432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A2007F1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8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39DDA0E3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671F35E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54352B" w:rsidRPr="006173BB" w14:paraId="685782E0" w14:textId="77777777" w:rsidTr="00957D6E">
        <w:trPr>
          <w:trHeight w:val="851"/>
          <w:jc w:val="center"/>
        </w:trPr>
        <w:tc>
          <w:tcPr>
            <w:tcW w:w="3432" w:type="dxa"/>
            <w:tcBorders>
              <w:top w:val="single" w:sz="18" w:space="0" w:color="31216B"/>
            </w:tcBorders>
            <w:vAlign w:val="center"/>
          </w:tcPr>
          <w:p w14:paraId="6C1E6A14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Manages time effectively and consistently meets deadlines.</w:t>
            </w:r>
          </w:p>
        </w:tc>
        <w:tc>
          <w:tcPr>
            <w:tcW w:w="3448" w:type="dxa"/>
            <w:tcBorders>
              <w:top w:val="single" w:sz="18" w:space="0" w:color="31216B"/>
            </w:tcBorders>
            <w:vAlign w:val="center"/>
          </w:tcPr>
          <w:p w14:paraId="65D86585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improve time management to complete work within agreed timelines.</w:t>
            </w:r>
          </w:p>
        </w:tc>
        <w:tc>
          <w:tcPr>
            <w:tcW w:w="3436" w:type="dxa"/>
            <w:tcBorders>
              <w:top w:val="single" w:sz="18" w:space="0" w:color="31216B"/>
            </w:tcBorders>
            <w:vAlign w:val="center"/>
          </w:tcPr>
          <w:p w14:paraId="39BB7A81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stay on track when managing multiple deadlines?</w:t>
            </w:r>
          </w:p>
        </w:tc>
      </w:tr>
      <w:tr w:rsidR="0054352B" w:rsidRPr="006173BB" w14:paraId="154541BE" w14:textId="77777777" w:rsidTr="00957D6E">
        <w:trPr>
          <w:trHeight w:val="851"/>
          <w:jc w:val="center"/>
        </w:trPr>
        <w:tc>
          <w:tcPr>
            <w:tcW w:w="3432" w:type="dxa"/>
            <w:vAlign w:val="center"/>
          </w:tcPr>
          <w:p w14:paraId="0044A751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Prioritizes tasks well and focuses on the most important work first.</w:t>
            </w:r>
          </w:p>
        </w:tc>
        <w:tc>
          <w:tcPr>
            <w:tcW w:w="3448" w:type="dxa"/>
            <w:vAlign w:val="center"/>
          </w:tcPr>
          <w:p w14:paraId="64D37D07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setting clearer priorities when workloads increase.</w:t>
            </w:r>
          </w:p>
        </w:tc>
        <w:tc>
          <w:tcPr>
            <w:tcW w:w="3436" w:type="dxa"/>
            <w:vAlign w:val="center"/>
          </w:tcPr>
          <w:p w14:paraId="20707500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Which tasks tend to compete most for your time?</w:t>
            </w:r>
          </w:p>
        </w:tc>
      </w:tr>
      <w:tr w:rsidR="0054352B" w:rsidRPr="006173BB" w14:paraId="2766249D" w14:textId="77777777" w:rsidTr="00957D6E">
        <w:trPr>
          <w:trHeight w:val="851"/>
          <w:jc w:val="center"/>
        </w:trPr>
        <w:tc>
          <w:tcPr>
            <w:tcW w:w="3432" w:type="dxa"/>
            <w:vAlign w:val="center"/>
          </w:tcPr>
          <w:p w14:paraId="1CF7C71B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Plans work realistically and communicates timelines clearly.</w:t>
            </w:r>
          </w:p>
        </w:tc>
        <w:tc>
          <w:tcPr>
            <w:tcW w:w="3448" w:type="dxa"/>
            <w:vAlign w:val="center"/>
          </w:tcPr>
          <w:p w14:paraId="689E094F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improve planning to avoid last-minute delays or rushed work.</w:t>
            </w:r>
          </w:p>
        </w:tc>
        <w:tc>
          <w:tcPr>
            <w:tcW w:w="3436" w:type="dxa"/>
            <w:vAlign w:val="center"/>
          </w:tcPr>
          <w:p w14:paraId="11D805E0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estimate timelines more accurately?</w:t>
            </w:r>
          </w:p>
        </w:tc>
      </w:tr>
      <w:tr w:rsidR="0054352B" w:rsidRPr="006173BB" w14:paraId="0F7C975F" w14:textId="77777777" w:rsidTr="00957D6E">
        <w:trPr>
          <w:trHeight w:val="851"/>
          <w:jc w:val="center"/>
        </w:trPr>
        <w:tc>
          <w:tcPr>
            <w:tcW w:w="3432" w:type="dxa"/>
            <w:vAlign w:val="center"/>
          </w:tcPr>
          <w:p w14:paraId="14976465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Stays organized and uses time productively throughout the review period.</w:t>
            </w:r>
          </w:p>
        </w:tc>
        <w:tc>
          <w:tcPr>
            <w:tcW w:w="3448" w:type="dxa"/>
            <w:vAlign w:val="center"/>
          </w:tcPr>
          <w:p w14:paraId="0EF32380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reducing time spent on lower-priority tasks.</w:t>
            </w:r>
          </w:p>
        </w:tc>
        <w:tc>
          <w:tcPr>
            <w:tcW w:w="3436" w:type="dxa"/>
            <w:vAlign w:val="center"/>
          </w:tcPr>
          <w:p w14:paraId="20A5B0CE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protect time for high-priority work?</w:t>
            </w:r>
          </w:p>
        </w:tc>
      </w:tr>
    </w:tbl>
    <w:p w14:paraId="5CAC215D" w14:textId="57E57FA0" w:rsidR="00957D6E" w:rsidRPr="00957D6E" w:rsidRDefault="00957D6E" w:rsidP="0054352B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3447"/>
        <w:gridCol w:w="3441"/>
      </w:tblGrid>
      <w:tr w:rsidR="0054352B" w:rsidRPr="006173BB" w14:paraId="301E5024" w14:textId="77777777" w:rsidTr="00957D6E">
        <w:trPr>
          <w:trHeight w:val="569"/>
          <w:jc w:val="center"/>
        </w:trPr>
        <w:tc>
          <w:tcPr>
            <w:tcW w:w="10532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3FC628F7" w14:textId="77777777" w:rsidR="0054352B" w:rsidRPr="00A73B93" w:rsidRDefault="0054352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Communication performance review phrases</w:t>
            </w:r>
          </w:p>
        </w:tc>
      </w:tr>
      <w:tr w:rsidR="0054352B" w:rsidRPr="006173BB" w14:paraId="67925D5C" w14:textId="77777777" w:rsidTr="00957D6E">
        <w:trPr>
          <w:trHeight w:val="569"/>
          <w:jc w:val="center"/>
        </w:trPr>
        <w:tc>
          <w:tcPr>
            <w:tcW w:w="3500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15F548B3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519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DF2C9C6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513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6633AD75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54352B" w:rsidRPr="006173BB" w14:paraId="1CD7FAF0" w14:textId="77777777" w:rsidTr="00957D6E">
        <w:trPr>
          <w:trHeight w:val="851"/>
          <w:jc w:val="center"/>
        </w:trPr>
        <w:tc>
          <w:tcPr>
            <w:tcW w:w="3500" w:type="dxa"/>
            <w:tcBorders>
              <w:top w:val="single" w:sz="18" w:space="0" w:color="31216B"/>
            </w:tcBorders>
            <w:vAlign w:val="center"/>
          </w:tcPr>
          <w:p w14:paraId="751475EC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Communicates clearly and keeps stakeholders informed of progress, risks, and next steps.</w:t>
            </w:r>
          </w:p>
        </w:tc>
        <w:tc>
          <w:tcPr>
            <w:tcW w:w="3519" w:type="dxa"/>
            <w:tcBorders>
              <w:top w:val="single" w:sz="18" w:space="0" w:color="31216B"/>
            </w:tcBorders>
            <w:vAlign w:val="center"/>
          </w:tcPr>
          <w:p w14:paraId="2CFCE755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communicate updates more consistently so others have the information they need.</w:t>
            </w:r>
          </w:p>
        </w:tc>
        <w:tc>
          <w:tcPr>
            <w:tcW w:w="3513" w:type="dxa"/>
            <w:tcBorders>
              <w:top w:val="single" w:sz="18" w:space="0" w:color="31216B"/>
            </w:tcBorders>
            <w:vAlign w:val="center"/>
          </w:tcPr>
          <w:p w14:paraId="7D436072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communicate updates more clearly or consistently?</w:t>
            </w:r>
          </w:p>
        </w:tc>
      </w:tr>
      <w:tr w:rsidR="0054352B" w:rsidRPr="006173BB" w14:paraId="39D221E4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24C296E4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lastRenderedPageBreak/>
              <w:t>Adapts communication style well for different audiences and situations.</w:t>
            </w:r>
          </w:p>
        </w:tc>
        <w:tc>
          <w:tcPr>
            <w:tcW w:w="3519" w:type="dxa"/>
            <w:vAlign w:val="center"/>
          </w:tcPr>
          <w:p w14:paraId="58236A2A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tailoring communication more carefully to the audience or context.</w:t>
            </w:r>
          </w:p>
        </w:tc>
        <w:tc>
          <w:tcPr>
            <w:tcW w:w="3513" w:type="dxa"/>
            <w:vAlign w:val="center"/>
          </w:tcPr>
          <w:p w14:paraId="61ACB615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Which communication situations feel most challenging right now?</w:t>
            </w:r>
          </w:p>
        </w:tc>
      </w:tr>
      <w:tr w:rsidR="0054352B" w:rsidRPr="006173BB" w14:paraId="10CB4871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4D6AEEA3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Listens actively and responds thoughtfully to questions or concerns.</w:t>
            </w:r>
          </w:p>
        </w:tc>
        <w:tc>
          <w:tcPr>
            <w:tcW w:w="3519" w:type="dxa"/>
            <w:vAlign w:val="center"/>
          </w:tcPr>
          <w:p w14:paraId="1A51AFA5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work on listening more fully before responding or offering solutions.</w:t>
            </w:r>
          </w:p>
        </w:tc>
        <w:tc>
          <w:tcPr>
            <w:tcW w:w="3513" w:type="dxa"/>
            <w:vAlign w:val="center"/>
          </w:tcPr>
          <w:p w14:paraId="4ACC0AE8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understand another person's perspective before responding?</w:t>
            </w:r>
          </w:p>
        </w:tc>
      </w:tr>
      <w:tr w:rsidR="0054352B" w:rsidRPr="006173BB" w14:paraId="782D82F6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61A6C894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Shares information in a timely way and helps prevent confusion or misalignment.</w:t>
            </w:r>
          </w:p>
        </w:tc>
        <w:tc>
          <w:tcPr>
            <w:tcW w:w="3519" w:type="dxa"/>
            <w:vAlign w:val="center"/>
          </w:tcPr>
          <w:p w14:paraId="5669B214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sharing important information earlier in the process.</w:t>
            </w:r>
          </w:p>
        </w:tc>
        <w:tc>
          <w:tcPr>
            <w:tcW w:w="3513" w:type="dxa"/>
            <w:vAlign w:val="center"/>
          </w:tcPr>
          <w:p w14:paraId="2FE17AB7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Where could earlier communication have improved an outcome?</w:t>
            </w:r>
          </w:p>
        </w:tc>
      </w:tr>
    </w:tbl>
    <w:p w14:paraId="69D203D9" w14:textId="1A5E0641" w:rsidR="00957D6E" w:rsidRDefault="00957D6E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27"/>
        <w:gridCol w:w="3449"/>
        <w:gridCol w:w="3440"/>
      </w:tblGrid>
      <w:tr w:rsidR="0054352B" w:rsidRPr="006173BB" w14:paraId="064D4D60" w14:textId="77777777" w:rsidTr="00957D6E">
        <w:trPr>
          <w:trHeight w:val="569"/>
          <w:jc w:val="center"/>
        </w:trPr>
        <w:tc>
          <w:tcPr>
            <w:tcW w:w="10532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05B4DB4A" w14:textId="77777777" w:rsidR="0054352B" w:rsidRPr="00592F52" w:rsidRDefault="0054352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Teamwork and collaboration performance review phrases</w:t>
            </w:r>
          </w:p>
        </w:tc>
      </w:tr>
      <w:tr w:rsidR="0054352B" w:rsidRPr="006173BB" w14:paraId="3967ABC5" w14:textId="77777777" w:rsidTr="00957D6E">
        <w:trPr>
          <w:trHeight w:val="569"/>
          <w:jc w:val="center"/>
        </w:trPr>
        <w:tc>
          <w:tcPr>
            <w:tcW w:w="3500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5E9E04C9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519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6F2A7399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513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AA1B9F4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54352B" w:rsidRPr="006173BB" w14:paraId="2301F7A2" w14:textId="77777777" w:rsidTr="00957D6E">
        <w:trPr>
          <w:trHeight w:val="851"/>
          <w:jc w:val="center"/>
        </w:trPr>
        <w:tc>
          <w:tcPr>
            <w:tcW w:w="3500" w:type="dxa"/>
            <w:tcBorders>
              <w:top w:val="single" w:sz="18" w:space="0" w:color="31216B"/>
            </w:tcBorders>
            <w:vAlign w:val="center"/>
          </w:tcPr>
          <w:p w14:paraId="59356E25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Works well with others and contributes positively to team goals.</w:t>
            </w:r>
          </w:p>
        </w:tc>
        <w:tc>
          <w:tcPr>
            <w:tcW w:w="3519" w:type="dxa"/>
            <w:tcBorders>
              <w:top w:val="single" w:sz="18" w:space="0" w:color="31216B"/>
            </w:tcBorders>
            <w:vAlign w:val="center"/>
          </w:tcPr>
          <w:p w14:paraId="71CF6984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collaborate more actively to support shared team outcomes.</w:t>
            </w:r>
          </w:p>
        </w:tc>
        <w:tc>
          <w:tcPr>
            <w:tcW w:w="3513" w:type="dxa"/>
            <w:tcBorders>
              <w:top w:val="single" w:sz="18" w:space="0" w:color="31216B"/>
            </w:tcBorders>
            <w:vAlign w:val="center"/>
          </w:tcPr>
          <w:p w14:paraId="3D0FD242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collaborate effectively with others?</w:t>
            </w:r>
          </w:p>
        </w:tc>
      </w:tr>
      <w:tr w:rsidR="0054352B" w:rsidRPr="006173BB" w14:paraId="690C0F9F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1D85CA89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Builds strong working relationships and supports colleagues when needed.</w:t>
            </w:r>
          </w:p>
        </w:tc>
        <w:tc>
          <w:tcPr>
            <w:tcW w:w="3519" w:type="dxa"/>
            <w:vAlign w:val="center"/>
          </w:tcPr>
          <w:p w14:paraId="30B7A497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offering support to colleagues more consistently.</w:t>
            </w:r>
          </w:p>
        </w:tc>
        <w:tc>
          <w:tcPr>
            <w:tcW w:w="3513" w:type="dxa"/>
            <w:vAlign w:val="center"/>
          </w:tcPr>
          <w:p w14:paraId="1031FEE3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Where could you contribute more to team success?</w:t>
            </w:r>
          </w:p>
        </w:tc>
      </w:tr>
      <w:tr w:rsidR="0054352B" w:rsidRPr="006173BB" w14:paraId="21312289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0EC039B4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Shares information openly and helps the team stay aligned.</w:t>
            </w:r>
          </w:p>
        </w:tc>
        <w:tc>
          <w:tcPr>
            <w:tcW w:w="3519" w:type="dxa"/>
            <w:vAlign w:val="center"/>
          </w:tcPr>
          <w:p w14:paraId="7F727A4A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work on keeping teammates informed about progress, decisions, or blockers.</w:t>
            </w:r>
          </w:p>
        </w:tc>
        <w:tc>
          <w:tcPr>
            <w:tcW w:w="3513" w:type="dxa"/>
            <w:vAlign w:val="center"/>
          </w:tcPr>
          <w:p w14:paraId="65CA6928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information would be useful to share earlier with the team?</w:t>
            </w:r>
          </w:p>
        </w:tc>
      </w:tr>
      <w:tr w:rsidR="0054352B" w:rsidRPr="006173BB" w14:paraId="0A488927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7506B709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Contributes ideas respectfully and helps create productive team discussions.</w:t>
            </w:r>
          </w:p>
        </w:tc>
        <w:tc>
          <w:tcPr>
            <w:tcW w:w="3519" w:type="dxa"/>
            <w:vAlign w:val="center"/>
          </w:tcPr>
          <w:p w14:paraId="1DA8C93C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participating more constructively in team discussions.</w:t>
            </w:r>
          </w:p>
        </w:tc>
        <w:tc>
          <w:tcPr>
            <w:tcW w:w="3513" w:type="dxa"/>
            <w:vAlign w:val="center"/>
          </w:tcPr>
          <w:p w14:paraId="6F3CCB1A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you make your contributions more useful in group settings?</w:t>
            </w:r>
          </w:p>
        </w:tc>
      </w:tr>
    </w:tbl>
    <w:p w14:paraId="1BC25571" w14:textId="24229906" w:rsidR="0054352B" w:rsidRPr="006173BB" w:rsidRDefault="0054352B">
      <w:pPr>
        <w:rPr>
          <w:color w:val="38287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31"/>
        <w:gridCol w:w="3445"/>
        <w:gridCol w:w="3440"/>
      </w:tblGrid>
      <w:tr w:rsidR="0054352B" w:rsidRPr="006173BB" w14:paraId="0CA5286E" w14:textId="77777777" w:rsidTr="00957D6E">
        <w:trPr>
          <w:trHeight w:val="569"/>
          <w:jc w:val="center"/>
        </w:trPr>
        <w:tc>
          <w:tcPr>
            <w:tcW w:w="10532" w:type="dxa"/>
            <w:gridSpan w:val="3"/>
            <w:tcBorders>
              <w:bottom w:val="single" w:sz="18" w:space="0" w:color="31216B"/>
            </w:tcBorders>
            <w:shd w:val="clear" w:color="auto" w:fill="E9FAFF"/>
            <w:vAlign w:val="center"/>
          </w:tcPr>
          <w:p w14:paraId="09549357" w14:textId="77777777" w:rsidR="0054352B" w:rsidRPr="00A73B93" w:rsidRDefault="0054352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Customer service performance review phrases</w:t>
            </w:r>
          </w:p>
        </w:tc>
      </w:tr>
      <w:tr w:rsidR="0054352B" w:rsidRPr="006173BB" w14:paraId="6A3C023E" w14:textId="77777777" w:rsidTr="00957D6E">
        <w:trPr>
          <w:trHeight w:val="569"/>
          <w:jc w:val="center"/>
        </w:trPr>
        <w:tc>
          <w:tcPr>
            <w:tcW w:w="3500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370CC3CD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519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FC06004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513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123083C6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54352B" w:rsidRPr="006173BB" w14:paraId="53B13DE8" w14:textId="77777777" w:rsidTr="00957D6E">
        <w:trPr>
          <w:trHeight w:val="851"/>
          <w:jc w:val="center"/>
        </w:trPr>
        <w:tc>
          <w:tcPr>
            <w:tcW w:w="3500" w:type="dxa"/>
            <w:tcBorders>
              <w:top w:val="single" w:sz="18" w:space="0" w:color="31216B"/>
            </w:tcBorders>
            <w:vAlign w:val="center"/>
          </w:tcPr>
          <w:p w14:paraId="1B2EF106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Communicates with customers clearly, respectfully, and with empathy.</w:t>
            </w:r>
          </w:p>
        </w:tc>
        <w:tc>
          <w:tcPr>
            <w:tcW w:w="3519" w:type="dxa"/>
            <w:tcBorders>
              <w:top w:val="single" w:sz="18" w:space="0" w:color="31216B"/>
            </w:tcBorders>
            <w:vAlign w:val="center"/>
          </w:tcPr>
          <w:p w14:paraId="72E12741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respond to customer concerns with greater clarity, empathy, or follow-through.</w:t>
            </w:r>
          </w:p>
        </w:tc>
        <w:tc>
          <w:tcPr>
            <w:tcW w:w="3513" w:type="dxa"/>
            <w:tcBorders>
              <w:top w:val="single" w:sz="18" w:space="0" w:color="31216B"/>
            </w:tcBorders>
            <w:vAlign w:val="center"/>
          </w:tcPr>
          <w:p w14:paraId="42ABCBAB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understand and respond to customer needs effectively?</w:t>
            </w:r>
          </w:p>
        </w:tc>
      </w:tr>
      <w:tr w:rsidR="0054352B" w:rsidRPr="006173BB" w14:paraId="21264FE4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51A0BE81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Sets clear expectations with customers and follows through on agreed actions.</w:t>
            </w:r>
          </w:p>
        </w:tc>
        <w:tc>
          <w:tcPr>
            <w:tcW w:w="3519" w:type="dxa"/>
            <w:vAlign w:val="center"/>
          </w:tcPr>
          <w:p w14:paraId="1EB930CF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confirming expectations before making commitments to customers.</w:t>
            </w:r>
          </w:p>
        </w:tc>
        <w:tc>
          <w:tcPr>
            <w:tcW w:w="3513" w:type="dxa"/>
            <w:vAlign w:val="center"/>
          </w:tcPr>
          <w:p w14:paraId="419235CA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you make expectations clearer at the start of a customer interaction?</w:t>
            </w:r>
          </w:p>
        </w:tc>
      </w:tr>
      <w:tr w:rsidR="0054352B" w:rsidRPr="006173BB" w14:paraId="780865CA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55D39892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Handles customer challenges calmly and focuses on finding practical solutions.</w:t>
            </w:r>
          </w:p>
        </w:tc>
        <w:tc>
          <w:tcPr>
            <w:tcW w:w="3519" w:type="dxa"/>
            <w:vAlign w:val="center"/>
          </w:tcPr>
          <w:p w14:paraId="31910277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work on staying calm and solution-focused when customer situations become difficult.</w:t>
            </w:r>
          </w:p>
        </w:tc>
        <w:tc>
          <w:tcPr>
            <w:tcW w:w="3513" w:type="dxa"/>
            <w:vAlign w:val="center"/>
          </w:tcPr>
          <w:p w14:paraId="23185883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support would help you handle challenging customer conversations more confidently?</w:t>
            </w:r>
          </w:p>
        </w:tc>
      </w:tr>
      <w:tr w:rsidR="0054352B" w:rsidRPr="006173BB" w14:paraId="44159037" w14:textId="77777777" w:rsidTr="00957D6E">
        <w:trPr>
          <w:trHeight w:val="851"/>
          <w:jc w:val="center"/>
        </w:trPr>
        <w:tc>
          <w:tcPr>
            <w:tcW w:w="3500" w:type="dxa"/>
            <w:vAlign w:val="center"/>
          </w:tcPr>
          <w:p w14:paraId="7535EC2B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Builds trust with customers by being responsive, reliable, and professional.</w:t>
            </w:r>
          </w:p>
        </w:tc>
        <w:tc>
          <w:tcPr>
            <w:tcW w:w="3519" w:type="dxa"/>
            <w:vAlign w:val="center"/>
          </w:tcPr>
          <w:p w14:paraId="30B21C24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improve follow-up on unresolved customer issues to maintain trust.</w:t>
            </w:r>
          </w:p>
        </w:tc>
        <w:tc>
          <w:tcPr>
            <w:tcW w:w="3513" w:type="dxa"/>
            <w:vAlign w:val="center"/>
          </w:tcPr>
          <w:p w14:paraId="3BEE67EC" w14:textId="77777777" w:rsidR="0054352B" w:rsidRPr="00A73B93" w:rsidRDefault="0054352B" w:rsidP="0054352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track and resolve customer follow-ups more consistently?</w:t>
            </w:r>
          </w:p>
        </w:tc>
      </w:tr>
    </w:tbl>
    <w:p w14:paraId="0A4A72C3" w14:textId="77777777" w:rsidR="0054352B" w:rsidRPr="006173BB" w:rsidRDefault="0054352B" w:rsidP="0054352B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54352B" w:rsidRPr="006173BB" w14:paraId="4CBC7ECB" w14:textId="77777777" w:rsidTr="00957D6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65216214" w14:textId="77777777" w:rsidR="0054352B" w:rsidRPr="00592F52" w:rsidRDefault="001535E0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Interpersonal skills performance review phrases</w:t>
            </w:r>
          </w:p>
        </w:tc>
      </w:tr>
      <w:tr w:rsidR="0054352B" w:rsidRPr="006173BB" w14:paraId="1B64422D" w14:textId="77777777" w:rsidTr="00957D6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659104D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51D36304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358A72D6" w14:textId="77777777" w:rsidR="0054352B" w:rsidRPr="006173BB" w:rsidRDefault="0054352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1535E0" w:rsidRPr="006173BB" w14:paraId="1C133BC6" w14:textId="77777777" w:rsidTr="00957D6E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704B884B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lastRenderedPageBreak/>
              <w:t>Builds respectful and productive relationships with colleagues and stakeholders.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1CB89E2F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strengthen working relationships by being more mindful of communication style and tone.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71992AFE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build trust with others at work?</w:t>
            </w:r>
          </w:p>
        </w:tc>
      </w:tr>
      <w:tr w:rsidR="001535E0" w:rsidRPr="006173BB" w14:paraId="762AD17E" w14:textId="77777777" w:rsidTr="00957D6E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28E8EB2E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Shows empathy and professionalism when working with different personalities.</w:t>
            </w:r>
          </w:p>
        </w:tc>
        <w:tc>
          <w:tcPr>
            <w:tcW w:w="3444" w:type="dxa"/>
            <w:vAlign w:val="center"/>
          </w:tcPr>
          <w:p w14:paraId="0A930BCC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showing more patience and empathy in challenging interactions.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46383A8B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Which interactions feel most difficult, and what support would help?</w:t>
            </w:r>
          </w:p>
        </w:tc>
      </w:tr>
      <w:tr w:rsidR="001535E0" w:rsidRPr="006173BB" w14:paraId="6E85004C" w14:textId="77777777" w:rsidTr="00957D6E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63B3B74C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Handles workplace interactions with tact and respect.</w:t>
            </w:r>
          </w:p>
        </w:tc>
        <w:tc>
          <w:tcPr>
            <w:tcW w:w="3444" w:type="dxa"/>
            <w:vAlign w:val="center"/>
          </w:tcPr>
          <w:p w14:paraId="008BC770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work on responding more calmly and constructively in tense situations.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0D6ECB96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strategies could help you manage difficult conversations more effectively?</w:t>
            </w:r>
          </w:p>
        </w:tc>
      </w:tr>
      <w:tr w:rsidR="001535E0" w:rsidRPr="006173BB" w14:paraId="50B2C64F" w14:textId="77777777" w:rsidTr="00957D6E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7F6961E6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Creates a positive experience for others by being approachable and cooperative.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08DDA793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being more approachable and receptive to feedback from others.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3A725EFC" w14:textId="77777777" w:rsidR="001535E0" w:rsidRPr="00A73B93" w:rsidRDefault="001535E0" w:rsidP="001535E0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do you think others experience working with you?</w:t>
            </w:r>
          </w:p>
        </w:tc>
      </w:tr>
    </w:tbl>
    <w:p w14:paraId="2F072E57" w14:textId="5E553180" w:rsidR="00715EC5" w:rsidRDefault="00715EC5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1535E0" w:rsidRPr="006173BB" w14:paraId="574376E9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41899C71" w14:textId="77777777" w:rsidR="001535E0" w:rsidRPr="00715EC5" w:rsidRDefault="001535E0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Problem-solving performance review phrases</w:t>
            </w:r>
          </w:p>
        </w:tc>
      </w:tr>
      <w:tr w:rsidR="001535E0" w:rsidRPr="006173BB" w14:paraId="23E52FE1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5235BD02" w14:textId="77777777" w:rsidR="001535E0" w:rsidRPr="006173BB" w:rsidRDefault="001535E0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2A0D2EF" w14:textId="77777777" w:rsidR="001535E0" w:rsidRPr="006173BB" w:rsidRDefault="001535E0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1EC91988" w14:textId="77777777" w:rsidR="001535E0" w:rsidRPr="006173BB" w:rsidRDefault="001535E0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E73B99" w:rsidRPr="006173BB" w14:paraId="11C8BBBA" w14:textId="77777777" w:rsidTr="00715EC5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2A6A8A6E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Approaches problems thoughtfully and identifies practical solutions.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544D6092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take a more structured approach to solving problems.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377EAD3D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steps help you understand a problem before choosing a solution?</w:t>
            </w:r>
          </w:p>
        </w:tc>
      </w:tr>
      <w:tr w:rsidR="00E73B99" w:rsidRPr="006173BB" w14:paraId="671A9B62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5CD69BBF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Breaks complex issues into manageable parts and works through them logically.</w:t>
            </w:r>
          </w:p>
        </w:tc>
        <w:tc>
          <w:tcPr>
            <w:tcW w:w="3444" w:type="dxa"/>
            <w:vAlign w:val="center"/>
          </w:tcPr>
          <w:p w14:paraId="3021CBAC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analyzing root causes more carefully before acting.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1B8F64CC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do you think caused this issue?</w:t>
            </w:r>
          </w:p>
        </w:tc>
      </w:tr>
      <w:tr w:rsidR="00E73B99" w:rsidRPr="006173BB" w14:paraId="2DAB5405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02C7DE10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Brings possible solutions rather than only raising problems.</w:t>
            </w:r>
          </w:p>
        </w:tc>
        <w:tc>
          <w:tcPr>
            <w:tcW w:w="3444" w:type="dxa"/>
            <w:vAlign w:val="center"/>
          </w:tcPr>
          <w:p w14:paraId="489ECF06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focus on proposing options when bringing up challenges.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0F78F067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options could you explore next time?</w:t>
            </w:r>
          </w:p>
        </w:tc>
      </w:tr>
      <w:tr w:rsidR="00E73B99" w:rsidRPr="006173BB" w14:paraId="0219BD45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20C30AED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Stays calm when challenges arise and helps move work forward.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7586E808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staying focused on solutions when setbacks occur.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5380751D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stay focused when a problem feels urgent or complex?</w:t>
            </w:r>
          </w:p>
        </w:tc>
      </w:tr>
    </w:tbl>
    <w:p w14:paraId="307EAA7A" w14:textId="0558EFCB" w:rsidR="001535E0" w:rsidRDefault="001535E0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E73B99" w:rsidRPr="006173BB" w14:paraId="004A2E3F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065EDCD3" w14:textId="77777777" w:rsidR="00E73B99" w:rsidRPr="00715EC5" w:rsidRDefault="00E73B99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Decision-making and judgment performance review phrases</w:t>
            </w:r>
          </w:p>
        </w:tc>
      </w:tr>
      <w:tr w:rsidR="00E73B99" w:rsidRPr="006173BB" w14:paraId="2D85DB95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38DCE514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D4D00F8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5E2ADDA5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E73B99" w:rsidRPr="006173BB" w14:paraId="7964A713" w14:textId="77777777" w:rsidTr="00715EC5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0345B867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Makes thoughtful decisions based on relevant information and business priorities.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24BFEFA8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use available information more consistently before making decisions.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7259C843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information do you need before making this type of decision?</w:t>
            </w:r>
          </w:p>
        </w:tc>
      </w:tr>
      <w:tr w:rsidR="00E73B99" w:rsidRPr="006173BB" w14:paraId="5665B19D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256A83F5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Shows sound judgment when balancing risks, timelines, and stakeholder needs.</w:t>
            </w:r>
          </w:p>
        </w:tc>
        <w:tc>
          <w:tcPr>
            <w:tcW w:w="3444" w:type="dxa"/>
            <w:vAlign w:val="center"/>
          </w:tcPr>
          <w:p w14:paraId="025511D1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considering risks and trade-offs more carefully.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1499412A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risks or trade-offs should we consider next time?</w:t>
            </w:r>
          </w:p>
        </w:tc>
      </w:tr>
      <w:tr w:rsidR="00E73B99" w:rsidRPr="006173BB" w14:paraId="046AED2F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165BBE36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Knows when to make decisions independently and when to ask for input.</w:t>
            </w:r>
          </w:p>
        </w:tc>
        <w:tc>
          <w:tcPr>
            <w:tcW w:w="3444" w:type="dxa"/>
            <w:vAlign w:val="center"/>
          </w:tcPr>
          <w:p w14:paraId="589CDFDA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work on recognizing when to seek guidance before moving forward.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15449DEB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When would it be helpful to involve others earlier?</w:t>
            </w:r>
          </w:p>
        </w:tc>
      </w:tr>
      <w:tr w:rsidR="00E73B99" w:rsidRPr="006173BB" w14:paraId="3576D205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1519C904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Makes decisions that support team goals and long-term outcomes.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194166FD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connecting decisions more clearly to team or business goals.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7D18A4CA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does this decision support the broader goal?</w:t>
            </w:r>
          </w:p>
        </w:tc>
      </w:tr>
    </w:tbl>
    <w:p w14:paraId="2A63CE3A" w14:textId="3FF3EEA0" w:rsidR="00E73B99" w:rsidRPr="006173BB" w:rsidRDefault="00E73B99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E73B99" w:rsidRPr="006173BB" w14:paraId="4D03070D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51EB5AB1" w14:textId="77777777" w:rsidR="00E73B99" w:rsidRPr="00715EC5" w:rsidRDefault="00E73B99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Initiative performance review phrases</w:t>
            </w:r>
          </w:p>
        </w:tc>
      </w:tr>
      <w:tr w:rsidR="00E73B99" w:rsidRPr="006173BB" w14:paraId="1DA6177B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83253E5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lastRenderedPageBreak/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DC92753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78F6584A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E73B99" w:rsidRPr="006173BB" w14:paraId="0C630331" w14:textId="77777777" w:rsidTr="00715EC5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07DF8242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Takes initiative by identifying opportunities and acting without needing to be prompted.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2494D6C6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be more proactive in identifying and acting on opportunities.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7D0037A0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Where could you take more initiative in your current work?</w:t>
            </w:r>
          </w:p>
        </w:tc>
      </w:tr>
      <w:tr w:rsidR="00E73B99" w:rsidRPr="006173BB" w14:paraId="0C8F079E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4D7E3143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Looks for ways to improve processes, solve issues, or support team goals.</w:t>
            </w:r>
          </w:p>
        </w:tc>
        <w:tc>
          <w:tcPr>
            <w:tcW w:w="3444" w:type="dxa"/>
            <w:vAlign w:val="center"/>
          </w:tcPr>
          <w:p w14:paraId="7D34B599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suggesting improvements rather than waiting for direction.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6A279BC0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is one improvement you could suggest or test?</w:t>
            </w:r>
          </w:p>
        </w:tc>
      </w:tr>
      <w:tr w:rsidR="00E73B99" w:rsidRPr="006173BB" w14:paraId="4F3CD638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6623FD55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Takes ownership of tasks and follows through independently.</w:t>
            </w:r>
          </w:p>
        </w:tc>
        <w:tc>
          <w:tcPr>
            <w:tcW w:w="3444" w:type="dxa"/>
            <w:vAlign w:val="center"/>
          </w:tcPr>
          <w:p w14:paraId="0DBA83EB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work on taking ownership earlier instead of waiting for reminders.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47638046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feel more confident taking ownership?</w:t>
            </w:r>
          </w:p>
        </w:tc>
      </w:tr>
      <w:tr w:rsidR="00E73B99" w:rsidRPr="006173BB" w14:paraId="71F3E9BB" w14:textId="77777777" w:rsidTr="00715EC5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6BF3058C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Shows curiosity and a willingness to learn beyond immediate responsibilities.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6528B894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seeking out learning opportunities more actively.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663DF52F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skill or topic would you like to explore next?</w:t>
            </w:r>
          </w:p>
        </w:tc>
      </w:tr>
    </w:tbl>
    <w:p w14:paraId="72AEEC19" w14:textId="0C164C97" w:rsidR="00E73B99" w:rsidRDefault="00E73B99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E73B99" w:rsidRPr="006173BB" w14:paraId="2C857A73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3BA46362" w14:textId="77777777" w:rsidR="00E73B99" w:rsidRPr="003E79FB" w:rsidRDefault="00E73B99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Accountability performance review phrases</w:t>
            </w:r>
          </w:p>
        </w:tc>
      </w:tr>
      <w:tr w:rsidR="00E73B99" w:rsidRPr="006173BB" w14:paraId="7C5C546E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17B74B12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6DC7BB57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226AF597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E73B99" w:rsidRPr="006173BB" w14:paraId="4BA3F389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7D1FF119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Takes responsibility for work outcomes and follows through on commitments.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4D7156EC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take greater ownership of outcomes and agreed responsibilities.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10208BE8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stay accountable for your commitments?</w:t>
            </w:r>
          </w:p>
        </w:tc>
      </w:tr>
      <w:tr w:rsidR="00E73B99" w:rsidRPr="006173BB" w14:paraId="25B4A437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6BC2A7B5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Acknowledges mistakes and uses them as opportunities to improve.</w:t>
            </w:r>
          </w:p>
        </w:tc>
        <w:tc>
          <w:tcPr>
            <w:tcW w:w="3444" w:type="dxa"/>
            <w:vAlign w:val="center"/>
          </w:tcPr>
          <w:p w14:paraId="25A8BBE6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taking responsibility for mistakes more quickly and constructively.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553D24AB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did you learn from this situation?</w:t>
            </w:r>
          </w:p>
        </w:tc>
      </w:tr>
      <w:tr w:rsidR="00E73B99" w:rsidRPr="006173BB" w14:paraId="08340B21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1E0CA1A2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Communicates progress, blockers, and risks in a timely way.</w:t>
            </w:r>
          </w:p>
        </w:tc>
        <w:tc>
          <w:tcPr>
            <w:tcW w:w="3444" w:type="dxa"/>
            <w:vAlign w:val="center"/>
          </w:tcPr>
          <w:p w14:paraId="65A17A8C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communicate blockers earlier so the team can respond before issues grow.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7EE73D9F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flag blockers sooner?</w:t>
            </w:r>
          </w:p>
        </w:tc>
      </w:tr>
      <w:tr w:rsidR="00E73B99" w:rsidRPr="006173BB" w14:paraId="64AC3617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4F9BA8F6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Follows through on agreed actions and keeps others informed.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21ADB325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tracking and completing agreed actions more consistently.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1FBE5AC0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system would help you follow through more reliably?</w:t>
            </w:r>
          </w:p>
        </w:tc>
      </w:tr>
    </w:tbl>
    <w:p w14:paraId="3DA3EEFE" w14:textId="4E84F5E0" w:rsidR="00E73B99" w:rsidRDefault="00E73B99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E73B99" w:rsidRPr="006173BB" w14:paraId="0656D123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5514498F" w14:textId="77777777" w:rsidR="00E73B99" w:rsidRPr="003E79FB" w:rsidRDefault="00E73B99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Adaptability and flexibility performance review phrases</w:t>
            </w:r>
          </w:p>
        </w:tc>
      </w:tr>
      <w:tr w:rsidR="00E73B99" w:rsidRPr="006173BB" w14:paraId="28479104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BA1EB8E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1DD67723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47A5374E" w14:textId="77777777" w:rsidR="00E73B99" w:rsidRPr="006173BB" w:rsidRDefault="00E73B99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E73B99" w:rsidRPr="006173BB" w14:paraId="54B20FBD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5C930C96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Adapts well to changing priorities and remains focused during periods of uncertainty.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1056B0EF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be more open to adjusting plans when priorities change.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68CE7D84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adapt when priorities shift unexpectedly?</w:t>
            </w:r>
          </w:p>
        </w:tc>
      </w:tr>
      <w:tr w:rsidR="00E73B99" w:rsidRPr="006173BB" w14:paraId="645E51C8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4E1296E2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Shows flexibility when responding to new information, feedback, or business needs.</w:t>
            </w:r>
          </w:p>
        </w:tc>
        <w:tc>
          <w:tcPr>
            <w:tcW w:w="3444" w:type="dxa"/>
            <w:vAlign w:val="center"/>
          </w:tcPr>
          <w:p w14:paraId="3A33320C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responding to change with more openness and curiosity.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5913B6F2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make it easier for you to adjust to change?</w:t>
            </w:r>
          </w:p>
        </w:tc>
      </w:tr>
      <w:tr w:rsidR="00E73B99" w:rsidRPr="006173BB" w14:paraId="08A514C1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117446C4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Stays calm and productive when plans or timelines change.</w:t>
            </w:r>
          </w:p>
        </w:tc>
        <w:tc>
          <w:tcPr>
            <w:tcW w:w="3444" w:type="dxa"/>
            <w:vAlign w:val="center"/>
          </w:tcPr>
          <w:p w14:paraId="34CB9044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staying solution-focused when changes create pressure.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006A49FD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support would help you stay focused during change?</w:t>
            </w:r>
          </w:p>
        </w:tc>
      </w:tr>
      <w:tr w:rsidR="00E73B99" w:rsidRPr="006173BB" w14:paraId="4EBC0784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4019D92D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Adjusts approach based on feedback and applies new ways of working effectively.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3AAD6701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apply feedback more consistently when adapting their approach.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295576D1" w14:textId="77777777" w:rsidR="00E73B99" w:rsidRPr="00715EC5" w:rsidRDefault="00E73B99" w:rsidP="00E73B99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we make feedback easier to put into action?</w:t>
            </w:r>
          </w:p>
        </w:tc>
      </w:tr>
    </w:tbl>
    <w:p w14:paraId="1E7939C2" w14:textId="5DD974FB" w:rsidR="00E73B99" w:rsidRPr="006173BB" w:rsidRDefault="00E73B99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3E79FB" w:rsidRPr="006173BB" w14:paraId="21152659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2BA9830C" w14:textId="77777777" w:rsidR="003E79FB" w:rsidRPr="003E79FB" w:rsidRDefault="003E79FB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lastRenderedPageBreak/>
              <w:t>Work habits performance review phrases</w:t>
            </w:r>
          </w:p>
        </w:tc>
      </w:tr>
      <w:tr w:rsidR="003E79FB" w:rsidRPr="006173BB" w14:paraId="508A32CA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36CE6A5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3D91844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7A84B7C0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3E79FB" w:rsidRPr="006173BB" w14:paraId="1516813D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60CB5AC1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Demonstrates strong work habits by staying organized, focused, and prepared.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7465831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develop more consistent work habits to support reliable performance.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7563EA0A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Which habits help you do your best work?</w:t>
            </w:r>
          </w:p>
        </w:tc>
      </w:tr>
      <w:tr w:rsidR="003E79FB" w:rsidRPr="006173BB" w14:paraId="69F6FDA8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1B68C187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Plans work effectively and follows through on daily responsibilities.</w:t>
            </w:r>
          </w:p>
        </w:tc>
        <w:tc>
          <w:tcPr>
            <w:tcW w:w="3444" w:type="dxa"/>
            <w:vAlign w:val="center"/>
          </w:tcPr>
          <w:p w14:paraId="1CD50CA5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improving planning and follow-through on routine tasks.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3452DD0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stay more organized day to day?</w:t>
            </w:r>
          </w:p>
        </w:tc>
      </w:tr>
      <w:tr w:rsidR="003E79FB" w:rsidRPr="006173BB" w14:paraId="444D7AA0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436E103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Maintains focus and uses work time productively.</w:t>
            </w:r>
          </w:p>
        </w:tc>
        <w:tc>
          <w:tcPr>
            <w:tcW w:w="3444" w:type="dxa"/>
            <w:vAlign w:val="center"/>
          </w:tcPr>
          <w:p w14:paraId="7071D7D0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reducing distractions and staying focused on priorities.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5A7136BB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tends to interrupt your focus?</w:t>
            </w:r>
          </w:p>
        </w:tc>
      </w:tr>
      <w:tr w:rsidR="003E79FB" w:rsidRPr="006173BB" w14:paraId="269231B9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6B662C08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Shows consistency in how they manage tasks, deadlines, and communication.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49B41BE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build more consistent routines for managing tasks and deadlines.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1DA03807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routine would help you manage your work more effectively?</w:t>
            </w:r>
          </w:p>
        </w:tc>
      </w:tr>
    </w:tbl>
    <w:p w14:paraId="3F57FA4C" w14:textId="7A699C85" w:rsidR="002E7972" w:rsidRDefault="002E7972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3E79FB" w:rsidRPr="006173BB" w14:paraId="41E47D58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2D2A1140" w14:textId="77777777" w:rsidR="003E79FB" w:rsidRPr="003E79FB" w:rsidRDefault="003E79FB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Attitude performance review phrases</w:t>
            </w:r>
          </w:p>
        </w:tc>
      </w:tr>
      <w:tr w:rsidR="003E79FB" w:rsidRPr="006173BB" w14:paraId="0D64FC3B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75A9828A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301E5B7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7AD66170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3E79FB" w:rsidRPr="006173BB" w14:paraId="5DD83148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762D151C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Maintains a positive and constructive attitude, even during challenging periods.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3A8FBD6C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be more mindful of how their attitude affects team morale.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3762A171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stay constructive during difficult moments?</w:t>
            </w:r>
          </w:p>
        </w:tc>
      </w:tr>
      <w:tr w:rsidR="003E79FB" w:rsidRPr="006173BB" w14:paraId="31BCBF5E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49E79110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Approaches work with enthusiasm and a willingness to contribute.</w:t>
            </w:r>
          </w:p>
        </w:tc>
        <w:tc>
          <w:tcPr>
            <w:tcW w:w="3444" w:type="dxa"/>
            <w:vAlign w:val="center"/>
          </w:tcPr>
          <w:p w14:paraId="53B500F5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showing more openness and engagement in daily work.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61F2914A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feel more engaged in your work?</w:t>
            </w:r>
          </w:p>
        </w:tc>
      </w:tr>
      <w:tr w:rsidR="003E79FB" w:rsidRPr="006173BB" w14:paraId="2A803E6A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310639D0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Responds to feedback with openness and a desire to improve.</w:t>
            </w:r>
          </w:p>
        </w:tc>
        <w:tc>
          <w:tcPr>
            <w:tcW w:w="3444" w:type="dxa"/>
            <w:vAlign w:val="center"/>
          </w:tcPr>
          <w:p w14:paraId="56E4B109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responding to feedback more constructively.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1E688342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makes feedback easier for you to receive and apply?</w:t>
            </w:r>
          </w:p>
        </w:tc>
      </w:tr>
      <w:tr w:rsidR="003E79FB" w:rsidRPr="006173BB" w14:paraId="51FE18FF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14E72E45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Helps create a supportive and motivated team environment.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03E6C4AB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Should work on contributing more positively to team discussions and interactions.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47137F0E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you contribute to a more positive team environment?</w:t>
            </w:r>
          </w:p>
        </w:tc>
      </w:tr>
    </w:tbl>
    <w:p w14:paraId="1C11D178" w14:textId="40A68444" w:rsidR="003E79FB" w:rsidRDefault="003E79FB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3E79FB" w:rsidRPr="006173BB" w14:paraId="26D4A98B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729DB278" w14:textId="77777777" w:rsidR="003E79FB" w:rsidRPr="003E79FB" w:rsidRDefault="003E79FB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Professionalism performance review phrases</w:t>
            </w:r>
          </w:p>
        </w:tc>
      </w:tr>
      <w:tr w:rsidR="003E79FB" w:rsidRPr="006173BB" w14:paraId="70DB1EE5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7790E64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A29E474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042DEC9E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3E79FB" w:rsidRPr="006173BB" w14:paraId="1912226E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213D2B8F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Demonstrates professionalism through respectful communication and reliable follow-through.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42BCC3DF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show greater consistency in professional conduct and communication.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5EB32152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does professionalism look like in your role?</w:t>
            </w:r>
          </w:p>
        </w:tc>
      </w:tr>
      <w:tr w:rsidR="003E79FB" w:rsidRPr="006173BB" w14:paraId="7EF5E9FE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67BF8F0E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Represents the team well in interactions with colleagues, customers, or stakeholders.</w:t>
            </w:r>
          </w:p>
        </w:tc>
        <w:tc>
          <w:tcPr>
            <w:tcW w:w="3444" w:type="dxa"/>
            <w:vAlign w:val="center"/>
          </w:tcPr>
          <w:p w14:paraId="3ADFF5A9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being more mindful of tone, timing, or approach in professional interactions.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3CE02B9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you adapt your approach in sensitive situations?</w:t>
            </w:r>
          </w:p>
        </w:tc>
      </w:tr>
      <w:tr w:rsidR="003E79FB" w:rsidRPr="006173BB" w14:paraId="1DA7ACD4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3B1EABD0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Handles challenging situations with maturity and respect.</w:t>
            </w:r>
          </w:p>
        </w:tc>
        <w:tc>
          <w:tcPr>
            <w:tcW w:w="3444" w:type="dxa"/>
            <w:vAlign w:val="center"/>
          </w:tcPr>
          <w:p w14:paraId="22B20BA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staying composed and professional during difficult conversations.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2376BFC5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stay calm in challenging interactions?</w:t>
            </w:r>
          </w:p>
        </w:tc>
      </w:tr>
      <w:tr w:rsidR="003E79FB" w:rsidRPr="006173BB" w14:paraId="218F9356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449E06B3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Follows workplace expectations and sets a positive example for others.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7D73D804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pay closer attention to workplace expectations, standards, or norms.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60330D3C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Which expectations would be useful to clarify?</w:t>
            </w:r>
          </w:p>
        </w:tc>
      </w:tr>
    </w:tbl>
    <w:p w14:paraId="1C140A3C" w14:textId="4F2CF866" w:rsidR="003E79FB" w:rsidRPr="006173BB" w:rsidRDefault="003E79FB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3E79FB" w:rsidRPr="006173BB" w14:paraId="780EAE15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47D957EB" w14:textId="77777777" w:rsidR="003E79FB" w:rsidRPr="003E79FB" w:rsidRDefault="003E79FB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lastRenderedPageBreak/>
              <w:t>Integrity performance review phrases</w:t>
            </w:r>
          </w:p>
        </w:tc>
      </w:tr>
      <w:tr w:rsidR="003E79FB" w:rsidRPr="006173BB" w14:paraId="515412E6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6639420E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3DA7F89D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6FF97D98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3E79FB" w:rsidRPr="006173BB" w14:paraId="18CC23B1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2165E3F0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Acts with honesty and follows through on commitments.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5CE6349E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build trust by being more consistent in words and actions.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067D87B7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follow through on commitments?</w:t>
            </w:r>
          </w:p>
        </w:tc>
      </w:tr>
      <w:tr w:rsidR="003E79FB" w:rsidRPr="006173BB" w14:paraId="527A58ED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6A81F738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Demonstrates ethical judgment and makes decisions that align with organizational values.</w:t>
            </w:r>
          </w:p>
        </w:tc>
        <w:tc>
          <w:tcPr>
            <w:tcW w:w="3444" w:type="dxa"/>
            <w:vAlign w:val="center"/>
          </w:tcPr>
          <w:p w14:paraId="16F608D8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considering company values more carefully when making decisions.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77BE16B7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Which values should guide this type of decision?</w:t>
            </w:r>
          </w:p>
        </w:tc>
      </w:tr>
      <w:tr w:rsidR="003E79FB" w:rsidRPr="006173BB" w14:paraId="29AA6E1E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3AB24BE6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Takes responsibility for mistakes and handles them transparently.</w:t>
            </w:r>
          </w:p>
        </w:tc>
        <w:tc>
          <w:tcPr>
            <w:tcW w:w="3444" w:type="dxa"/>
            <w:vAlign w:val="center"/>
          </w:tcPr>
          <w:p w14:paraId="65167B30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acknowledging mistakes earlier and communicating them more openly.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2A80C8F7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make it easier to raise concerns or mistakes early?</w:t>
            </w:r>
          </w:p>
        </w:tc>
      </w:tr>
      <w:tr w:rsidR="003E79FB" w:rsidRPr="006173BB" w14:paraId="50E1C666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0A4F4C32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Builds trust by being fair, respectful, and reliable.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1F2ABEBB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strengthen trust by being more transparent in how they work with others.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45E3D7FC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you build more trust with colleagues or stakeholders?</w:t>
            </w:r>
          </w:p>
        </w:tc>
      </w:tr>
    </w:tbl>
    <w:p w14:paraId="0A7BC329" w14:textId="0B4236C7" w:rsidR="002E7972" w:rsidRDefault="002E7972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3E79FB" w:rsidRPr="006173BB" w14:paraId="57290A06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48FAC374" w14:textId="77777777" w:rsidR="003E79FB" w:rsidRPr="003E79FB" w:rsidRDefault="003E79FB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Leadership performance review phrases</w:t>
            </w:r>
          </w:p>
        </w:tc>
      </w:tr>
      <w:tr w:rsidR="003E79FB" w:rsidRPr="006173BB" w14:paraId="5DF16A1F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5C727859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2E7FC4F3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76B37737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3E79FB" w:rsidRPr="006173BB" w14:paraId="6B510DE6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11810BBE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Provides clear direction and helps others understand priorities and expectations.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1EAC41C1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provide clearer direction so others understand expectations and next steps.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516358C3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help you communicate priorities more clearly?</w:t>
            </w:r>
          </w:p>
        </w:tc>
      </w:tr>
      <w:tr w:rsidR="003E79FB" w:rsidRPr="006173BB" w14:paraId="60D49F82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1F8F2153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Supports team members by giving guidance, feedback, and encouragement.</w:t>
            </w:r>
          </w:p>
        </w:tc>
        <w:tc>
          <w:tcPr>
            <w:tcW w:w="3444" w:type="dxa"/>
            <w:vAlign w:val="center"/>
          </w:tcPr>
          <w:p w14:paraId="50FE2ED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offering more regular guidance or feedback to team members.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4258B997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you support others more consistently?</w:t>
            </w:r>
          </w:p>
        </w:tc>
      </w:tr>
      <w:tr w:rsidR="003E79FB" w:rsidRPr="006173BB" w14:paraId="2832A551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57F82D45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Builds trust and motivates others to contribute their best work.</w:t>
            </w:r>
          </w:p>
        </w:tc>
        <w:tc>
          <w:tcPr>
            <w:tcW w:w="3444" w:type="dxa"/>
            <w:vAlign w:val="center"/>
          </w:tcPr>
          <w:p w14:paraId="66ED913F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creating more opportunities for team members to contribute and share ideas.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42EA0E48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How can you create more space for others to contribute?</w:t>
            </w:r>
          </w:p>
        </w:tc>
      </w:tr>
      <w:tr w:rsidR="003E79FB" w:rsidRPr="006173BB" w14:paraId="5C8B8F0A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39FCE101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Makes thoughtful decisions and takes responsibility for team outcomes.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3550AF44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take greater ownership of team decisions and outcomes.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73609D9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support would help you lead through difficult decisions?</w:t>
            </w:r>
          </w:p>
        </w:tc>
      </w:tr>
    </w:tbl>
    <w:p w14:paraId="70FB47F9" w14:textId="063C1BFB" w:rsidR="003E79FB" w:rsidRDefault="003E79FB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3E79FB" w:rsidRPr="006173BB" w14:paraId="255F1B71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73051763" w14:textId="77777777" w:rsidR="003E79FB" w:rsidRPr="003E79FB" w:rsidRDefault="003E79FB" w:rsidP="00957D6E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t>Safety performance review phrases</w:t>
            </w:r>
          </w:p>
        </w:tc>
      </w:tr>
      <w:tr w:rsidR="003E79FB" w:rsidRPr="006173BB" w14:paraId="33CC1700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4CAC75DF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F32D238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2BB75888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3E79FB" w:rsidRPr="006173BB" w14:paraId="3F2B5405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379B1A51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Follows safety procedures consistently and helps maintain a safe work environment.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544D5B8F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follow safety procedures more consistently to reduce risk.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36BE5763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helps you stay mindful of safety procedures?</w:t>
            </w:r>
          </w:p>
        </w:tc>
      </w:tr>
      <w:tr w:rsidR="003E79FB" w:rsidRPr="006173BB" w14:paraId="5DCCBD43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7C432299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Identifies potential safety concerns and raises them promptly.</w:t>
            </w:r>
          </w:p>
        </w:tc>
        <w:tc>
          <w:tcPr>
            <w:tcW w:w="3444" w:type="dxa"/>
            <w:vAlign w:val="center"/>
          </w:tcPr>
          <w:p w14:paraId="36933F2B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reporting safety concerns earlier.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49EB2A90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would make it easier to raise safety concerns quickly?</w:t>
            </w:r>
          </w:p>
        </w:tc>
      </w:tr>
      <w:tr w:rsidR="003E79FB" w:rsidRPr="006173BB" w14:paraId="57A3091C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1285A336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Takes responsibility for personal safety and the safety of others.</w:t>
            </w:r>
          </w:p>
        </w:tc>
        <w:tc>
          <w:tcPr>
            <w:tcW w:w="3444" w:type="dxa"/>
            <w:vAlign w:val="center"/>
          </w:tcPr>
          <w:p w14:paraId="2BD3095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being more proactive in preventing safety risks.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5A1AF7D8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Where do you see opportunities to improve safety?</w:t>
            </w:r>
          </w:p>
        </w:tc>
      </w:tr>
      <w:tr w:rsidR="003E79FB" w:rsidRPr="006173BB" w14:paraId="3E768B92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24A169BD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Uses equipment, tools, or processes safely and responsibly.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5F624715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pay closer attention when using equipment, tools, or safety-related processes.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584DDF26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guidance or training would help reinforce safe practices?</w:t>
            </w:r>
          </w:p>
        </w:tc>
      </w:tr>
    </w:tbl>
    <w:p w14:paraId="64D546EA" w14:textId="4B0A1BB0" w:rsidR="003E79FB" w:rsidRDefault="003E79FB">
      <w:pPr>
        <w:rPr>
          <w:color w:val="38287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6"/>
        <w:gridCol w:w="3444"/>
        <w:gridCol w:w="3436"/>
      </w:tblGrid>
      <w:tr w:rsidR="003E79FB" w:rsidRPr="006173BB" w14:paraId="74B51482" w14:textId="77777777" w:rsidTr="00C64ABE">
        <w:trPr>
          <w:trHeight w:val="569"/>
          <w:jc w:val="center"/>
        </w:trPr>
        <w:tc>
          <w:tcPr>
            <w:tcW w:w="10306" w:type="dxa"/>
            <w:gridSpan w:val="3"/>
            <w:tcBorders>
              <w:top w:val="nil"/>
              <w:left w:val="nil"/>
              <w:bottom w:val="single" w:sz="18" w:space="0" w:color="31216B"/>
              <w:right w:val="nil"/>
            </w:tcBorders>
            <w:shd w:val="clear" w:color="auto" w:fill="E9FAFF"/>
            <w:vAlign w:val="center"/>
          </w:tcPr>
          <w:p w14:paraId="650E67E8" w14:textId="77777777" w:rsidR="003E79FB" w:rsidRPr="003E79FB" w:rsidRDefault="003E79FB" w:rsidP="00592F52">
            <w:pPr>
              <w:rPr>
                <w:b/>
                <w:color w:val="31216B"/>
                <w:sz w:val="26"/>
                <w:szCs w:val="26"/>
              </w:rPr>
            </w:pPr>
            <w:r>
              <w:rPr>
                <w:b/>
                <w:color w:val="31216B"/>
                <w:sz w:val="26"/>
                <w:szCs w:val="26"/>
              </w:rPr>
              <w:lastRenderedPageBreak/>
              <w:t>Self-performance performance review phrases</w:t>
            </w:r>
          </w:p>
        </w:tc>
      </w:tr>
      <w:tr w:rsidR="003E79FB" w:rsidRPr="006173BB" w14:paraId="49AC1A19" w14:textId="77777777" w:rsidTr="00C64ABE">
        <w:trPr>
          <w:trHeight w:val="569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61E0A846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Positive phrases</w:t>
            </w:r>
          </w:p>
        </w:tc>
        <w:tc>
          <w:tcPr>
            <w:tcW w:w="3444" w:type="dxa"/>
            <w:tcBorders>
              <w:top w:val="single" w:sz="18" w:space="0" w:color="31216B"/>
              <w:bottom w:val="single" w:sz="18" w:space="0" w:color="31216B"/>
            </w:tcBorders>
            <w:shd w:val="clear" w:color="auto" w:fill="F2F2F2" w:themeFill="background1" w:themeFillShade="F2"/>
            <w:vAlign w:val="center"/>
          </w:tcPr>
          <w:p w14:paraId="02A47899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Constructive phrases</w:t>
            </w:r>
          </w:p>
        </w:tc>
        <w:tc>
          <w:tcPr>
            <w:tcW w:w="3436" w:type="dxa"/>
            <w:tcBorders>
              <w:top w:val="single" w:sz="18" w:space="0" w:color="31216B"/>
              <w:bottom w:val="single" w:sz="18" w:space="0" w:color="31216B"/>
              <w:right w:val="nil"/>
            </w:tcBorders>
            <w:shd w:val="clear" w:color="auto" w:fill="F2F2F2" w:themeFill="background1" w:themeFillShade="F2"/>
            <w:vAlign w:val="center"/>
          </w:tcPr>
          <w:p w14:paraId="7AB34006" w14:textId="77777777" w:rsidR="003E79FB" w:rsidRPr="006173BB" w:rsidRDefault="003E79FB" w:rsidP="00C64ABE">
            <w:pPr>
              <w:jc w:val="center"/>
              <w:rPr>
                <w:color w:val="382870"/>
              </w:rPr>
            </w:pPr>
            <w:r>
              <w:rPr>
                <w:b/>
                <w:color w:val="382870"/>
              </w:rPr>
              <w:t>Follow-up questions</w:t>
            </w:r>
          </w:p>
        </w:tc>
      </w:tr>
      <w:tr w:rsidR="003E79FB" w:rsidRPr="006173BB" w14:paraId="6C0B4870" w14:textId="77777777" w:rsidTr="003E79FB">
        <w:trPr>
          <w:trHeight w:val="851"/>
          <w:jc w:val="center"/>
        </w:trPr>
        <w:tc>
          <w:tcPr>
            <w:tcW w:w="3426" w:type="dxa"/>
            <w:tcBorders>
              <w:top w:val="single" w:sz="18" w:space="0" w:color="31216B"/>
              <w:left w:val="nil"/>
            </w:tcBorders>
            <w:vAlign w:val="center"/>
          </w:tcPr>
          <w:p w14:paraId="6A71FB7C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Reflects thoughtfully on performance and identifies strengths and growth areas.</w:t>
            </w:r>
          </w:p>
        </w:tc>
        <w:tc>
          <w:tcPr>
            <w:tcW w:w="3444" w:type="dxa"/>
            <w:tcBorders>
              <w:top w:val="single" w:sz="18" w:space="0" w:color="31216B"/>
            </w:tcBorders>
            <w:vAlign w:val="center"/>
          </w:tcPr>
          <w:p w14:paraId="31C9AC0C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develop greater self-awareness when assessing performance.</w:t>
            </w:r>
          </w:p>
        </w:tc>
        <w:tc>
          <w:tcPr>
            <w:tcW w:w="3436" w:type="dxa"/>
            <w:tcBorders>
              <w:top w:val="single" w:sz="18" w:space="0" w:color="31216B"/>
              <w:right w:val="nil"/>
            </w:tcBorders>
            <w:vAlign w:val="center"/>
          </w:tcPr>
          <w:p w14:paraId="20DA26B2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are you most proud of from this review period?</w:t>
            </w:r>
          </w:p>
        </w:tc>
      </w:tr>
      <w:tr w:rsidR="003E79FB" w:rsidRPr="006173BB" w14:paraId="10532A80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07E6DF5C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Takes ownership of development and looks for ways to improve.</w:t>
            </w:r>
          </w:p>
        </w:tc>
        <w:tc>
          <w:tcPr>
            <w:tcW w:w="3444" w:type="dxa"/>
            <w:vAlign w:val="center"/>
          </w:tcPr>
          <w:p w14:paraId="3F138AD6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Would benefit from taking a more proactive approach to personal development.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6BC21958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skill would you like to develop next?</w:t>
            </w:r>
          </w:p>
        </w:tc>
      </w:tr>
      <w:tr w:rsidR="003E79FB" w:rsidRPr="006173BB" w14:paraId="1C454C76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</w:tcBorders>
            <w:vAlign w:val="center"/>
          </w:tcPr>
          <w:p w14:paraId="619228C5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Uses feedback to improve performance and adjust approach.</w:t>
            </w:r>
          </w:p>
        </w:tc>
        <w:tc>
          <w:tcPr>
            <w:tcW w:w="3444" w:type="dxa"/>
            <w:vAlign w:val="center"/>
          </w:tcPr>
          <w:p w14:paraId="3F32F737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Could improve by applying feedback more consistently.</w:t>
            </w:r>
          </w:p>
        </w:tc>
        <w:tc>
          <w:tcPr>
            <w:tcW w:w="3436" w:type="dxa"/>
            <w:tcBorders>
              <w:right w:val="nil"/>
            </w:tcBorders>
            <w:vAlign w:val="center"/>
          </w:tcPr>
          <w:p w14:paraId="2142D72B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feedback has been most useful to you recently?</w:t>
            </w:r>
          </w:p>
        </w:tc>
      </w:tr>
      <w:tr w:rsidR="003E79FB" w:rsidRPr="006173BB" w14:paraId="3EF281FE" w14:textId="77777777" w:rsidTr="003E79FB">
        <w:trPr>
          <w:trHeight w:val="851"/>
          <w:jc w:val="center"/>
        </w:trPr>
        <w:tc>
          <w:tcPr>
            <w:tcW w:w="3426" w:type="dxa"/>
            <w:tcBorders>
              <w:left w:val="nil"/>
              <w:bottom w:val="nil"/>
            </w:tcBorders>
            <w:vAlign w:val="center"/>
          </w:tcPr>
          <w:p w14:paraId="29931B6B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Sets meaningful goals and tracks progress over time.</w:t>
            </w: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0B8F9577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Needs to set clearer goals and monitor progress more regularly.</w:t>
            </w:r>
          </w:p>
        </w:tc>
        <w:tc>
          <w:tcPr>
            <w:tcW w:w="3436" w:type="dxa"/>
            <w:tcBorders>
              <w:bottom w:val="nil"/>
              <w:right w:val="nil"/>
            </w:tcBorders>
            <w:vAlign w:val="center"/>
          </w:tcPr>
          <w:p w14:paraId="1E65B58C" w14:textId="77777777" w:rsidR="003E79FB" w:rsidRPr="003E79FB" w:rsidRDefault="003E79FB" w:rsidP="003E79FB">
            <w:pPr>
              <w:rPr>
                <w:color w:val="382870"/>
                <w:szCs w:val="19"/>
              </w:rPr>
            </w:pPr>
            <w:r>
              <w:rPr>
                <w:color w:val="382870"/>
                <w:szCs w:val="19"/>
              </w:rPr>
              <w:t>What goal would help you grow before the next review?</w:t>
            </w:r>
          </w:p>
        </w:tc>
      </w:tr>
    </w:tbl>
    <w:p w14:paraId="7871C7B5" w14:textId="77777777" w:rsidR="003E79FB" w:rsidRPr="006173BB" w:rsidRDefault="003E79FB">
      <w:pPr>
        <w:rPr>
          <w:color w:val="382870"/>
        </w:rPr>
      </w:pPr>
    </w:p>
    <w:p w14:paraId="4007742C" w14:textId="38A39133" w:rsidR="002E7972" w:rsidRPr="006173BB" w:rsidRDefault="002E7972">
      <w:pPr>
        <w:rPr>
          <w:color w:val="382870"/>
        </w:rPr>
      </w:pPr>
    </w:p>
    <w:sectPr w:rsidR="002E7972" w:rsidRPr="006173BB" w:rsidSect="00E73B99">
      <w:footerReference w:type="even" r:id="rId9"/>
      <w:footerReference w:type="default" r:id="rId10"/>
      <w:pgSz w:w="11900" w:h="16820"/>
      <w:pgMar w:top="596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2085C9" w14:textId="77777777" w:rsidR="00C6758D" w:rsidRDefault="00C6758D" w:rsidP="00966BC8">
      <w:pPr>
        <w:spacing w:after="0" w:line="240" w:lineRule="auto"/>
      </w:pPr>
      <w:r>
        <w:separator/>
      </w:r>
    </w:p>
  </w:endnote>
  <w:endnote w:type="continuationSeparator" w:id="0">
    <w:p w14:paraId="23817809" w14:textId="77777777" w:rsidR="00C6758D" w:rsidRDefault="00C6758D" w:rsidP="0096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BM Plex Sans SemiBold">
    <w:panose1 w:val="020B07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47271471"/>
      <w:docPartObj>
        <w:docPartGallery w:val="Page Numbers (Bottom of Page)"/>
        <w:docPartUnique/>
      </w:docPartObj>
    </w:sdtPr>
    <w:sdtContent>
      <w:p w14:paraId="492F9210" w14:textId="361EFDFD" w:rsidR="00966BC8" w:rsidRDefault="00966BC8" w:rsidP="006E49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E6664A3" w14:textId="77777777" w:rsidR="00966BC8" w:rsidRDefault="00966BC8" w:rsidP="00966B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b/>
        <w:bCs/>
        <w:color w:val="31216B"/>
      </w:rPr>
      <w:id w:val="920074061"/>
      <w:docPartObj>
        <w:docPartGallery w:val="Page Numbers (Bottom of Page)"/>
        <w:docPartUnique/>
      </w:docPartObj>
    </w:sdtPr>
    <w:sdtContent>
      <w:p w14:paraId="2763F311" w14:textId="6C145E53" w:rsidR="00966BC8" w:rsidRPr="00966BC8" w:rsidRDefault="00966BC8" w:rsidP="006E4937">
        <w:pPr>
          <w:pStyle w:val="Footer"/>
          <w:framePr w:wrap="none" w:vAnchor="text" w:hAnchor="margin" w:xAlign="right" w:y="1"/>
          <w:rPr>
            <w:rStyle w:val="PageNumber"/>
            <w:b/>
            <w:bCs/>
            <w:color w:val="31216B"/>
          </w:rPr>
        </w:pPr>
        <w:r w:rsidRPr="00966BC8">
          <w:rPr>
            <w:rStyle w:val="PageNumber"/>
            <w:b/>
            <w:bCs/>
            <w:color w:val="31216B"/>
          </w:rPr>
          <w:fldChar w:fldCharType="begin"/>
        </w:r>
        <w:r w:rsidRPr="00966BC8">
          <w:rPr>
            <w:rStyle w:val="PageNumber"/>
            <w:b/>
            <w:bCs/>
            <w:color w:val="31216B"/>
          </w:rPr>
          <w:instrText xml:space="preserve"> PAGE </w:instrText>
        </w:r>
        <w:r w:rsidRPr="00966BC8">
          <w:rPr>
            <w:rStyle w:val="PageNumber"/>
            <w:b/>
            <w:bCs/>
            <w:color w:val="31216B"/>
          </w:rPr>
          <w:fldChar w:fldCharType="separate"/>
        </w:r>
        <w:r w:rsidRPr="00966BC8">
          <w:rPr>
            <w:rStyle w:val="PageNumber"/>
            <w:b/>
            <w:bCs/>
            <w:noProof/>
            <w:color w:val="31216B"/>
          </w:rPr>
          <w:t>1</w:t>
        </w:r>
        <w:r w:rsidRPr="00966BC8">
          <w:rPr>
            <w:rStyle w:val="PageNumber"/>
            <w:b/>
            <w:bCs/>
            <w:color w:val="31216B"/>
          </w:rPr>
          <w:fldChar w:fldCharType="end"/>
        </w:r>
      </w:p>
    </w:sdtContent>
  </w:sdt>
  <w:p w14:paraId="36DBC010" w14:textId="77777777" w:rsidR="00966BC8" w:rsidRDefault="00966BC8" w:rsidP="00966B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D54A09" w14:textId="77777777" w:rsidR="00C6758D" w:rsidRDefault="00C6758D" w:rsidP="00966BC8">
      <w:pPr>
        <w:spacing w:after="0" w:line="240" w:lineRule="auto"/>
      </w:pPr>
      <w:r>
        <w:separator/>
      </w:r>
    </w:p>
  </w:footnote>
  <w:footnote w:type="continuationSeparator" w:id="0">
    <w:p w14:paraId="40ECC200" w14:textId="77777777" w:rsidR="00C6758D" w:rsidRDefault="00C6758D" w:rsidP="00966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4057492">
    <w:abstractNumId w:val="8"/>
  </w:num>
  <w:num w:numId="2" w16cid:durableId="2015524392">
    <w:abstractNumId w:val="6"/>
  </w:num>
  <w:num w:numId="3" w16cid:durableId="1356468913">
    <w:abstractNumId w:val="5"/>
  </w:num>
  <w:num w:numId="4" w16cid:durableId="512259920">
    <w:abstractNumId w:val="4"/>
  </w:num>
  <w:num w:numId="5" w16cid:durableId="135489263">
    <w:abstractNumId w:val="7"/>
  </w:num>
  <w:num w:numId="6" w16cid:durableId="290669128">
    <w:abstractNumId w:val="3"/>
  </w:num>
  <w:num w:numId="7" w16cid:durableId="1120102481">
    <w:abstractNumId w:val="2"/>
  </w:num>
  <w:num w:numId="8" w16cid:durableId="1309898414">
    <w:abstractNumId w:val="1"/>
  </w:num>
  <w:num w:numId="9" w16cid:durableId="6906474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CA9"/>
    <w:rsid w:val="00034616"/>
    <w:rsid w:val="0006063C"/>
    <w:rsid w:val="0015074B"/>
    <w:rsid w:val="001535E0"/>
    <w:rsid w:val="0029639D"/>
    <w:rsid w:val="002E7972"/>
    <w:rsid w:val="002F0E83"/>
    <w:rsid w:val="00326F90"/>
    <w:rsid w:val="003E79FB"/>
    <w:rsid w:val="0054352B"/>
    <w:rsid w:val="00592F52"/>
    <w:rsid w:val="005C32C6"/>
    <w:rsid w:val="006173BB"/>
    <w:rsid w:val="00662813"/>
    <w:rsid w:val="00715EC5"/>
    <w:rsid w:val="009069AB"/>
    <w:rsid w:val="009216A0"/>
    <w:rsid w:val="00957D6E"/>
    <w:rsid w:val="00966BC8"/>
    <w:rsid w:val="00A67D13"/>
    <w:rsid w:val="00A73B93"/>
    <w:rsid w:val="00A82542"/>
    <w:rsid w:val="00AA1D8D"/>
    <w:rsid w:val="00AB42FD"/>
    <w:rsid w:val="00B47730"/>
    <w:rsid w:val="00C6758D"/>
    <w:rsid w:val="00CB0664"/>
    <w:rsid w:val="00E73B99"/>
    <w:rsid w:val="00EC2579"/>
    <w:rsid w:val="00FC693F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2D2AE1A"/>
  <w14:defaultImageDpi w14:val="300"/>
  <w15:docId w15:val="{CD9564F9-A50F-414A-A55E-655A04F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66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Anouk</cp:lastModifiedBy>
  <cp:revision>3</cp:revision>
  <dcterms:created xsi:type="dcterms:W3CDTF">2026-07-28T13:40:00Z</dcterms:created>
  <dcterms:modified xsi:type="dcterms:W3CDTF">2026-08-03T14:25:00Z</dcterms:modified>
  <cp:category/>
</cp:coreProperties>
</file>